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1A7B" w14:textId="77777777" w:rsidR="00132049" w:rsidRDefault="00000000">
      <w:pPr>
        <w:pStyle w:val="Titel"/>
      </w:pPr>
      <w:r>
        <w:t>DJG-Hessen-</w:t>
      </w:r>
      <w:proofErr w:type="spellStart"/>
      <w:r>
        <w:t>Notizen</w:t>
      </w:r>
      <w:proofErr w:type="spellEnd"/>
      <w:r>
        <w:t xml:space="preserve"> - </w:t>
      </w:r>
      <w:proofErr w:type="spellStart"/>
      <w:r>
        <w:t>Ausgabe</w:t>
      </w:r>
      <w:proofErr w:type="spellEnd"/>
      <w:r>
        <w:t xml:space="preserve"> 3/2026</w:t>
      </w:r>
    </w:p>
    <w:p w14:paraId="6092BD12" w14:textId="77777777" w:rsidR="00132049" w:rsidRDefault="00000000">
      <w:pPr>
        <w:pStyle w:val="Untertitel"/>
      </w:pPr>
      <w:r>
        <w:t xml:space="preserve">Reine </w:t>
      </w:r>
      <w:proofErr w:type="spellStart"/>
      <w:r>
        <w:t>Textversion</w:t>
      </w:r>
      <w:proofErr w:type="spellEnd"/>
      <w:r>
        <w:t xml:space="preserve"> für </w:t>
      </w:r>
      <w:proofErr w:type="spellStart"/>
      <w:r>
        <w:t>sehbehinderte</w:t>
      </w:r>
      <w:proofErr w:type="spellEnd"/>
      <w:r>
        <w:t xml:space="preserve"> Menschen</w:t>
      </w:r>
    </w:p>
    <w:p w14:paraId="786C33F4" w14:textId="77777777" w:rsidR="00132049" w:rsidRDefault="00000000">
      <w:proofErr w:type="spellStart"/>
      <w:r>
        <w:t>Hinweis</w:t>
      </w:r>
      <w:proofErr w:type="spellEnd"/>
      <w:r>
        <w:t xml:space="preserve">: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Fassung</w:t>
      </w:r>
      <w:proofErr w:type="spellEnd"/>
      <w:r>
        <w:t xml:space="preserve"> </w:t>
      </w:r>
      <w:proofErr w:type="spellStart"/>
      <w:r>
        <w:t>überträgt</w:t>
      </w:r>
      <w:proofErr w:type="spellEnd"/>
      <w:r>
        <w:t xml:space="preserve"> das </w:t>
      </w:r>
      <w:proofErr w:type="spellStart"/>
      <w:r>
        <w:t>mehrspaltige</w:t>
      </w:r>
      <w:proofErr w:type="spellEnd"/>
      <w:r>
        <w:t xml:space="preserve"> </w:t>
      </w:r>
      <w:proofErr w:type="spellStart"/>
      <w:r>
        <w:t>Zeitschriftenlayout</w:t>
      </w:r>
      <w:proofErr w:type="spellEnd"/>
      <w:r>
        <w:t xml:space="preserve"> in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lineare</w:t>
      </w:r>
      <w:proofErr w:type="spellEnd"/>
      <w:r>
        <w:t xml:space="preserve"> </w:t>
      </w:r>
      <w:proofErr w:type="spellStart"/>
      <w:r>
        <w:t>Lesereihenfolge</w:t>
      </w:r>
      <w:proofErr w:type="spellEnd"/>
      <w:r>
        <w:t xml:space="preserve">. Sie </w:t>
      </w:r>
      <w:proofErr w:type="spellStart"/>
      <w:r>
        <w:t>enthält</w:t>
      </w:r>
      <w:proofErr w:type="spellEnd"/>
      <w:r>
        <w:t xml:space="preserve"> die </w:t>
      </w:r>
      <w:proofErr w:type="spellStart"/>
      <w:r>
        <w:t>redaktionellen</w:t>
      </w:r>
      <w:proofErr w:type="spellEnd"/>
      <w:r>
        <w:t xml:space="preserve"> Texte, die </w:t>
      </w:r>
      <w:proofErr w:type="spellStart"/>
      <w:r>
        <w:t>Anzeige</w:t>
      </w:r>
      <w:proofErr w:type="spellEnd"/>
      <w:r>
        <w:t xml:space="preserve">, </w:t>
      </w:r>
      <w:proofErr w:type="spellStart"/>
      <w:r>
        <w:t>Kontaktangaben</w:t>
      </w:r>
      <w:proofErr w:type="spellEnd"/>
      <w:r>
        <w:t xml:space="preserve"> und </w:t>
      </w:r>
      <w:proofErr w:type="spellStart"/>
      <w:r>
        <w:t>kurze</w:t>
      </w:r>
      <w:proofErr w:type="spellEnd"/>
      <w:r>
        <w:t xml:space="preserve"> </w:t>
      </w:r>
      <w:proofErr w:type="spellStart"/>
      <w:r>
        <w:t>Beschreibungen</w:t>
      </w:r>
      <w:proofErr w:type="spellEnd"/>
      <w:r>
        <w:t xml:space="preserve"> der </w:t>
      </w:r>
      <w:proofErr w:type="spellStart"/>
      <w:r>
        <w:t>wesentlichen</w:t>
      </w:r>
      <w:proofErr w:type="spellEnd"/>
      <w:r>
        <w:t xml:space="preserve"> Bilder. </w:t>
      </w:r>
      <w:proofErr w:type="spellStart"/>
      <w:r>
        <w:t>Schmuckelemente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weggelassen</w:t>
      </w:r>
      <w:proofErr w:type="spellEnd"/>
      <w:r>
        <w:t>.</w:t>
      </w:r>
    </w:p>
    <w:p w14:paraId="6A11FE5D" w14:textId="77777777" w:rsidR="00132049" w:rsidRDefault="00000000">
      <w:pPr>
        <w:pStyle w:val="berschrift1"/>
      </w:pPr>
      <w:proofErr w:type="spellStart"/>
      <w:r>
        <w:t>Inhalt</w:t>
      </w:r>
      <w:proofErr w:type="spellEnd"/>
    </w:p>
    <w:p w14:paraId="4F583730" w14:textId="77777777" w:rsidR="00132049" w:rsidRDefault="00000000">
      <w:pPr>
        <w:pStyle w:val="Aufzhlungszeichen"/>
      </w:pPr>
      <w:proofErr w:type="spellStart"/>
      <w:r>
        <w:t>Titelseite</w:t>
      </w:r>
      <w:proofErr w:type="spellEnd"/>
    </w:p>
    <w:p w14:paraId="0649FA84" w14:textId="77777777" w:rsidR="00132049" w:rsidRDefault="00000000">
      <w:pPr>
        <w:pStyle w:val="Aufzhlungszeichen"/>
      </w:pPr>
      <w:proofErr w:type="spellStart"/>
      <w:r>
        <w:t>Anzeige</w:t>
      </w:r>
      <w:proofErr w:type="spellEnd"/>
      <w:r>
        <w:t xml:space="preserve"> der </w:t>
      </w:r>
      <w:proofErr w:type="spellStart"/>
      <w:r>
        <w:t>BBBank</w:t>
      </w:r>
      <w:proofErr w:type="spellEnd"/>
    </w:p>
    <w:p w14:paraId="5F1C57C4" w14:textId="77777777" w:rsidR="00132049" w:rsidRDefault="00000000">
      <w:pPr>
        <w:pStyle w:val="Aufzhlungszeichen"/>
      </w:pPr>
      <w:proofErr w:type="spellStart"/>
      <w:r>
        <w:t>Unterstützung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Einbahnstraße</w:t>
      </w:r>
      <w:proofErr w:type="spellEnd"/>
    </w:p>
    <w:p w14:paraId="5D5FF4C9" w14:textId="77777777" w:rsidR="00132049" w:rsidRDefault="00000000">
      <w:pPr>
        <w:pStyle w:val="Aufzhlungszeichen"/>
      </w:pPr>
      <w:r>
        <w:t xml:space="preserve">Editorial: </w:t>
      </w:r>
      <w:proofErr w:type="spellStart"/>
      <w:r>
        <w:t>Debattenreicher</w:t>
      </w:r>
      <w:proofErr w:type="spellEnd"/>
      <w:r>
        <w:t xml:space="preserve"> Sommer 2026</w:t>
      </w:r>
    </w:p>
    <w:p w14:paraId="453EA327" w14:textId="77777777" w:rsidR="00132049" w:rsidRDefault="00000000">
      <w:pPr>
        <w:pStyle w:val="Aufzhlungszeichen"/>
      </w:pPr>
      <w:r>
        <w:t xml:space="preserve">Ein Buddy </w:t>
      </w:r>
      <w:proofErr w:type="spellStart"/>
      <w:r>
        <w:t>gegen</w:t>
      </w:r>
      <w:proofErr w:type="spellEnd"/>
      <w:r>
        <w:t xml:space="preserve"> das </w:t>
      </w:r>
      <w:proofErr w:type="spellStart"/>
      <w:r>
        <w:t>Abtippen</w:t>
      </w:r>
      <w:proofErr w:type="spellEnd"/>
    </w:p>
    <w:p w14:paraId="0F05EABC" w14:textId="77777777" w:rsidR="00132049" w:rsidRDefault="00000000">
      <w:pPr>
        <w:pStyle w:val="Aufzhlungszeichen"/>
      </w:pPr>
      <w:proofErr w:type="spellStart"/>
      <w:r>
        <w:t>Arbeiten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für den </w:t>
      </w:r>
      <w:proofErr w:type="spellStart"/>
      <w:r>
        <w:t>Mülleimer</w:t>
      </w:r>
      <w:proofErr w:type="spellEnd"/>
      <w:r>
        <w:t>?</w:t>
      </w:r>
    </w:p>
    <w:p w14:paraId="710AE06C" w14:textId="77777777" w:rsidR="00132049" w:rsidRDefault="00000000">
      <w:pPr>
        <w:pStyle w:val="Aufzhlungszeichen"/>
      </w:pPr>
      <w:proofErr w:type="spellStart"/>
      <w:r>
        <w:t>Vertrauen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Verdachtskultur</w:t>
      </w:r>
      <w:proofErr w:type="spellEnd"/>
    </w:p>
    <w:p w14:paraId="49507CEE" w14:textId="77777777" w:rsidR="00132049" w:rsidRDefault="00000000">
      <w:pPr>
        <w:pStyle w:val="Aufzhlungszeichen"/>
      </w:pPr>
      <w:r>
        <w:t xml:space="preserve">Wir </w:t>
      </w:r>
      <w:proofErr w:type="spellStart"/>
      <w:r>
        <w:t>wissen</w:t>
      </w:r>
      <w:proofErr w:type="spellEnd"/>
      <w:r>
        <w:t xml:space="preserve"> es </w:t>
      </w:r>
      <w:proofErr w:type="spellStart"/>
      <w:r>
        <w:t>noch</w:t>
      </w:r>
      <w:proofErr w:type="spellEnd"/>
      <w:r>
        <w:t xml:space="preserve"> nicht</w:t>
      </w:r>
    </w:p>
    <w:p w14:paraId="2FD58D4E" w14:textId="77777777" w:rsidR="00132049" w:rsidRDefault="00000000">
      <w:pPr>
        <w:pStyle w:val="Aufzhlungszeichen"/>
      </w:pPr>
      <w:proofErr w:type="spellStart"/>
      <w:r>
        <w:t>Dienstkleidung</w:t>
      </w:r>
      <w:proofErr w:type="spellEnd"/>
      <w:r>
        <w:t xml:space="preserve"> muss </w:t>
      </w:r>
      <w:proofErr w:type="spellStart"/>
      <w:r>
        <w:t>alltagstauglich</w:t>
      </w:r>
      <w:proofErr w:type="spellEnd"/>
      <w:r>
        <w:t xml:space="preserve"> sein -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 </w:t>
      </w:r>
      <w:proofErr w:type="spellStart"/>
      <w:r>
        <w:t>dran</w:t>
      </w:r>
      <w:proofErr w:type="spellEnd"/>
    </w:p>
    <w:p w14:paraId="2E9AB0D2" w14:textId="77777777" w:rsidR="00132049" w:rsidRDefault="00000000">
      <w:pPr>
        <w:pStyle w:val="Aufzhlungszeichen"/>
      </w:pPr>
      <w:r>
        <w:t xml:space="preserve">Ein </w:t>
      </w:r>
      <w:proofErr w:type="spellStart"/>
      <w:r>
        <w:t>Pilotprojekt</w:t>
      </w:r>
      <w:proofErr w:type="spellEnd"/>
      <w:r>
        <w:t xml:space="preserve"> muss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fliegen</w:t>
      </w:r>
      <w:proofErr w:type="spellEnd"/>
      <w:r>
        <w:t xml:space="preserve"> </w:t>
      </w:r>
      <w:proofErr w:type="spellStart"/>
      <w:r>
        <w:t>dürfen</w:t>
      </w:r>
      <w:proofErr w:type="spellEnd"/>
    </w:p>
    <w:p w14:paraId="7F7E26B3" w14:textId="77777777" w:rsidR="00132049" w:rsidRDefault="00000000">
      <w:pPr>
        <w:pStyle w:val="Aufzhlungszeichen"/>
      </w:pPr>
      <w:r>
        <w:t xml:space="preserve">DMS 4.0 und mobile Arbeit: </w:t>
      </w:r>
      <w:proofErr w:type="spellStart"/>
      <w:r>
        <w:t>Verbesserungsbedarf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Umgehungslösung</w:t>
      </w:r>
      <w:proofErr w:type="spellEnd"/>
    </w:p>
    <w:p w14:paraId="259FACFF" w14:textId="77777777" w:rsidR="00132049" w:rsidRDefault="00000000">
      <w:pPr>
        <w:pStyle w:val="Aufzhlungszeichen"/>
      </w:pPr>
      <w:r>
        <w:t xml:space="preserve">Die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Seite</w:t>
      </w:r>
      <w:proofErr w:type="spellEnd"/>
      <w:r>
        <w:t>: Ich mag dieses Wort nicht ...</w:t>
      </w:r>
    </w:p>
    <w:p w14:paraId="79BC71CC" w14:textId="77777777" w:rsidR="00132049" w:rsidRDefault="00000000">
      <w:pPr>
        <w:pStyle w:val="Aufzhlungszeichen"/>
      </w:pPr>
      <w:proofErr w:type="spellStart"/>
      <w:r>
        <w:t>Kontakt</w:t>
      </w:r>
      <w:proofErr w:type="spellEnd"/>
      <w:r>
        <w:t xml:space="preserve"> und </w:t>
      </w:r>
      <w:proofErr w:type="spellStart"/>
      <w:r>
        <w:t>Impressum</w:t>
      </w:r>
      <w:proofErr w:type="spellEnd"/>
    </w:p>
    <w:p w14:paraId="4D66A408" w14:textId="77777777" w:rsidR="00132049" w:rsidRDefault="00000000">
      <w:r>
        <w:br w:type="page"/>
      </w:r>
    </w:p>
    <w:p w14:paraId="75AFA9BC" w14:textId="77777777" w:rsidR="00132049" w:rsidRDefault="00000000">
      <w:pPr>
        <w:pStyle w:val="berschrift1"/>
      </w:pPr>
      <w:proofErr w:type="spellStart"/>
      <w:r>
        <w:lastRenderedPageBreak/>
        <w:t>Titelseite</w:t>
      </w:r>
      <w:proofErr w:type="spellEnd"/>
    </w:p>
    <w:p w14:paraId="6F0F8189" w14:textId="77777777" w:rsidR="00132049" w:rsidRDefault="00000000">
      <w:r>
        <w:t>Hessen-</w:t>
      </w:r>
      <w:proofErr w:type="spellStart"/>
      <w:r>
        <w:t>Notizen</w:t>
      </w:r>
      <w:proofErr w:type="spellEnd"/>
      <w:r>
        <w:t xml:space="preserve">, </w:t>
      </w:r>
      <w:proofErr w:type="spellStart"/>
      <w:r>
        <w:t>Ausgabe</w:t>
      </w:r>
      <w:proofErr w:type="spellEnd"/>
      <w:r>
        <w:t xml:space="preserve"> 3/2026. Deutsche Justiz-</w:t>
      </w:r>
      <w:proofErr w:type="spellStart"/>
      <w:r>
        <w:t>Gewerkschaft</w:t>
      </w:r>
      <w:proofErr w:type="spellEnd"/>
      <w:r>
        <w:t xml:space="preserve">, Landesverband Hessen e.V. </w:t>
      </w:r>
      <w:proofErr w:type="spellStart"/>
      <w:r>
        <w:t>Mitglied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dbb </w:t>
      </w:r>
      <w:proofErr w:type="spellStart"/>
      <w:r>
        <w:t>beamtenbund</w:t>
      </w:r>
      <w:proofErr w:type="spellEnd"/>
      <w:r>
        <w:t xml:space="preserve"> und </w:t>
      </w:r>
      <w:proofErr w:type="spellStart"/>
      <w:r>
        <w:t>tarifunion</w:t>
      </w:r>
      <w:proofErr w:type="spellEnd"/>
      <w:r>
        <w:t>.</w:t>
      </w:r>
    </w:p>
    <w:p w14:paraId="40E968DE" w14:textId="77777777" w:rsidR="00132049" w:rsidRDefault="00000000">
      <w:proofErr w:type="spellStart"/>
      <w:r>
        <w:t>Titelthema</w:t>
      </w:r>
      <w:proofErr w:type="spellEnd"/>
      <w:r>
        <w:t xml:space="preserve">: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für den </w:t>
      </w:r>
      <w:proofErr w:type="spellStart"/>
      <w:r>
        <w:t>Mülleimer</w:t>
      </w:r>
      <w:proofErr w:type="spellEnd"/>
      <w:r>
        <w:t xml:space="preserve">?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Themen</w:t>
      </w:r>
      <w:proofErr w:type="spellEnd"/>
      <w:r>
        <w:t xml:space="preserve">: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Verdachtskultur</w:t>
      </w:r>
      <w:proofErr w:type="spellEnd"/>
      <w:r>
        <w:t xml:space="preserve">; Ein </w:t>
      </w:r>
      <w:proofErr w:type="spellStart"/>
      <w:r>
        <w:t>Pilotprojekt</w:t>
      </w:r>
      <w:proofErr w:type="spellEnd"/>
      <w:r>
        <w:t xml:space="preserve"> muss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fliegen</w:t>
      </w:r>
      <w:proofErr w:type="spellEnd"/>
      <w:r>
        <w:t xml:space="preserve"> </w:t>
      </w:r>
      <w:proofErr w:type="spellStart"/>
      <w:r>
        <w:t>dürfen</w:t>
      </w:r>
      <w:proofErr w:type="spellEnd"/>
      <w:r>
        <w:t xml:space="preserve">; </w:t>
      </w:r>
      <w:proofErr w:type="spellStart"/>
      <w:r>
        <w:t>Dienstkleidung</w:t>
      </w:r>
      <w:proofErr w:type="spellEnd"/>
      <w:r>
        <w:t xml:space="preserve"> muss </w:t>
      </w:r>
      <w:proofErr w:type="spellStart"/>
      <w:r>
        <w:t>alltagstauglich</w:t>
      </w:r>
      <w:proofErr w:type="spellEnd"/>
      <w:r>
        <w:t xml:space="preserve"> sein.</w:t>
      </w:r>
    </w:p>
    <w:p w14:paraId="5568EF7A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 xml:space="preserve">Ein </w:t>
      </w:r>
      <w:proofErr w:type="spellStart"/>
      <w:r>
        <w:t>Schreibtisch</w:t>
      </w:r>
      <w:proofErr w:type="spellEnd"/>
      <w:r>
        <w:t xml:space="preserve"> mit </w:t>
      </w:r>
      <w:proofErr w:type="spellStart"/>
      <w:r>
        <w:t>hohen</w:t>
      </w:r>
      <w:proofErr w:type="spellEnd"/>
      <w:r>
        <w:t xml:space="preserve"> </w:t>
      </w:r>
      <w:proofErr w:type="spellStart"/>
      <w:r>
        <w:t>Papierstapeln</w:t>
      </w:r>
      <w:proofErr w:type="spellEnd"/>
      <w:r>
        <w:t xml:space="preserve">, </w:t>
      </w:r>
      <w:proofErr w:type="spellStart"/>
      <w:r>
        <w:t>Aktenordnern</w:t>
      </w:r>
      <w:proofErr w:type="spellEnd"/>
      <w:r>
        <w:t xml:space="preserve">, </w:t>
      </w:r>
      <w:proofErr w:type="spellStart"/>
      <w:r>
        <w:t>Formularen</w:t>
      </w:r>
      <w:proofErr w:type="spellEnd"/>
      <w:r>
        <w:t xml:space="preserve">, </w:t>
      </w:r>
      <w:proofErr w:type="spellStart"/>
      <w:r>
        <w:t>einer</w:t>
      </w:r>
      <w:proofErr w:type="spellEnd"/>
      <w:r>
        <w:t xml:space="preserve"> DJG-Tasse und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Papierkorb</w:t>
      </w:r>
      <w:proofErr w:type="spellEnd"/>
      <w:r>
        <w:t xml:space="preserve"> mit der </w:t>
      </w:r>
      <w:proofErr w:type="spellStart"/>
      <w:r>
        <w:t>Aufschrift</w:t>
      </w:r>
      <w:proofErr w:type="spellEnd"/>
      <w:r>
        <w:t xml:space="preserve"> „</w:t>
      </w:r>
      <w:proofErr w:type="spellStart"/>
      <w:r>
        <w:t>Überflüssig</w:t>
      </w:r>
      <w:proofErr w:type="spellEnd"/>
      <w:r>
        <w:t>. Doppelt. Weg.“</w:t>
      </w:r>
    </w:p>
    <w:p w14:paraId="35B80B90" w14:textId="77777777" w:rsidR="00132049" w:rsidRDefault="00000000">
      <w:r>
        <w:br w:type="page"/>
      </w:r>
    </w:p>
    <w:p w14:paraId="70A070E5" w14:textId="77777777" w:rsidR="00132049" w:rsidRDefault="00000000">
      <w:pPr>
        <w:pStyle w:val="berschrift1"/>
      </w:pPr>
      <w:proofErr w:type="spellStart"/>
      <w:r>
        <w:lastRenderedPageBreak/>
        <w:t>Anzeige</w:t>
      </w:r>
      <w:proofErr w:type="spellEnd"/>
      <w:r>
        <w:t xml:space="preserve"> der </w:t>
      </w:r>
      <w:proofErr w:type="spellStart"/>
      <w:r>
        <w:t>BBBank</w:t>
      </w:r>
      <w:proofErr w:type="spellEnd"/>
    </w:p>
    <w:p w14:paraId="5617FC5F" w14:textId="6E76863B" w:rsidR="00132049" w:rsidRDefault="00000000">
      <w:r>
        <w:t xml:space="preserve">EIN </w:t>
      </w:r>
      <w:proofErr w:type="spellStart"/>
      <w:r>
        <w:t>KONTO</w:t>
      </w:r>
      <w:proofErr w:type="spellEnd"/>
      <w:r>
        <w:t xml:space="preserve">. ALLES DRIN. Das </w:t>
      </w:r>
      <w:proofErr w:type="spellStart"/>
      <w:r>
        <w:t>kostenfreie</w:t>
      </w:r>
      <w:proofErr w:type="spellEnd"/>
      <w:r>
        <w:t xml:space="preserve"> </w:t>
      </w:r>
      <w:proofErr w:type="spellStart"/>
      <w:r>
        <w:t>Konto.1</w:t>
      </w:r>
      <w:proofErr w:type="spellEnd"/>
      <w:r>
        <w:t xml:space="preserve"> ✓ 0 € </w:t>
      </w:r>
      <w:proofErr w:type="spellStart"/>
      <w:r>
        <w:t>Kontoführung1</w:t>
      </w:r>
      <w:proofErr w:type="spellEnd"/>
      <w:r>
        <w:t xml:space="preserve"> + 100 € </w:t>
      </w:r>
      <w:proofErr w:type="spellStart"/>
      <w:r>
        <w:t>Startprämie2</w:t>
      </w:r>
      <w:proofErr w:type="spellEnd"/>
      <w:r>
        <w:t xml:space="preserve"> ✓ </w:t>
      </w:r>
      <w:proofErr w:type="spellStart"/>
      <w:r>
        <w:t>Weltweit</w:t>
      </w:r>
      <w:proofErr w:type="spellEnd"/>
      <w:r>
        <w:t xml:space="preserve"> </w:t>
      </w:r>
      <w:proofErr w:type="spellStart"/>
      <w:r>
        <w:t>kostenlos</w:t>
      </w:r>
      <w:proofErr w:type="spellEnd"/>
      <w:r>
        <w:t xml:space="preserve"> </w:t>
      </w:r>
      <w:proofErr w:type="spellStart"/>
      <w:r>
        <w:t>bezahlen</w:t>
      </w:r>
      <w:proofErr w:type="spellEnd"/>
      <w:r>
        <w:t xml:space="preserve"> ✓ Visa </w:t>
      </w:r>
      <w:proofErr w:type="spellStart"/>
      <w:r>
        <w:t>Debitkarte</w:t>
      </w:r>
      <w:proofErr w:type="spellEnd"/>
      <w:r>
        <w:t xml:space="preserve"> und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girocard</w:t>
      </w:r>
      <w:proofErr w:type="spellEnd"/>
      <w:r>
        <w:t xml:space="preserve"> </w:t>
      </w:r>
      <w:proofErr w:type="spellStart"/>
      <w:r>
        <w:t>kostenfrei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✓ </w:t>
      </w:r>
      <w:proofErr w:type="spellStart"/>
      <w:r>
        <w:t>Tagesgeld</w:t>
      </w:r>
      <w:proofErr w:type="spellEnd"/>
      <w:r>
        <w:t xml:space="preserve"> </w:t>
      </w:r>
      <w:proofErr w:type="spellStart"/>
      <w:r>
        <w:t>inklusive</w:t>
      </w:r>
      <w:proofErr w:type="spellEnd"/>
      <w:r>
        <w:t xml:space="preserve"> 1. </w:t>
      </w:r>
      <w:proofErr w:type="spellStart"/>
      <w:r>
        <w:t>Kostenfrei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Online-</w:t>
      </w:r>
      <w:proofErr w:type="spellStart"/>
      <w:r>
        <w:t>Überweisungen</w:t>
      </w:r>
      <w:proofErr w:type="spellEnd"/>
      <w:r>
        <w:t xml:space="preserve">, </w:t>
      </w:r>
      <w:proofErr w:type="spellStart"/>
      <w:r>
        <w:t>digitaler</w:t>
      </w:r>
      <w:proofErr w:type="spellEnd"/>
      <w:r>
        <w:t xml:space="preserve"> </w:t>
      </w:r>
      <w:proofErr w:type="spellStart"/>
      <w:r>
        <w:t>Kontoführung</w:t>
      </w:r>
      <w:proofErr w:type="spellEnd"/>
      <w:r>
        <w:t xml:space="preserve"> (</w:t>
      </w:r>
      <w:proofErr w:type="spellStart"/>
      <w:r>
        <w:t>Nutzung</w:t>
      </w:r>
      <w:proofErr w:type="spellEnd"/>
      <w:r>
        <w:t xml:space="preserve"> E-</w:t>
      </w:r>
      <w:proofErr w:type="spellStart"/>
      <w:r>
        <w:t>Postfach</w:t>
      </w:r>
      <w:proofErr w:type="spellEnd"/>
      <w:r>
        <w:t xml:space="preserve">) und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monatlichen</w:t>
      </w:r>
      <w:proofErr w:type="spellEnd"/>
      <w:r>
        <w:t xml:space="preserve"> Geldeingang von mind. 1.000 Euro. Unter 30 Jahre </w:t>
      </w:r>
      <w:proofErr w:type="spellStart"/>
      <w:r>
        <w:t>entfällt</w:t>
      </w:r>
      <w:proofErr w:type="spellEnd"/>
      <w:r>
        <w:t xml:space="preserve"> der </w:t>
      </w:r>
      <w:proofErr w:type="spellStart"/>
      <w:r>
        <w:t>Mindestgeldeingang</w:t>
      </w:r>
      <w:proofErr w:type="spellEnd"/>
      <w:r>
        <w:t xml:space="preserve">. </w:t>
      </w:r>
      <w:proofErr w:type="spellStart"/>
      <w:r>
        <w:t>Ansonsten</w:t>
      </w:r>
      <w:proofErr w:type="spellEnd"/>
      <w:r>
        <w:t xml:space="preserve"> </w:t>
      </w:r>
      <w:proofErr w:type="spellStart"/>
      <w:r>
        <w:t>beträgt</w:t>
      </w:r>
      <w:proofErr w:type="spellEnd"/>
      <w:r>
        <w:t xml:space="preserve"> die </w:t>
      </w:r>
      <w:proofErr w:type="spellStart"/>
      <w:r>
        <w:t>Kontoführungsgebühr</w:t>
      </w:r>
      <w:proofErr w:type="spellEnd"/>
      <w:r>
        <w:t xml:space="preserve"> 4,95 Euro </w:t>
      </w:r>
      <w:proofErr w:type="spellStart"/>
      <w:r>
        <w:t>mtl</w:t>
      </w:r>
      <w:proofErr w:type="spellEnd"/>
      <w:r>
        <w:t xml:space="preserve">. 2. </w:t>
      </w:r>
      <w:proofErr w:type="spellStart"/>
      <w:r>
        <w:t>Voraussetzungen</w:t>
      </w:r>
      <w:proofErr w:type="spellEnd"/>
      <w:r>
        <w:t xml:space="preserve"> </w:t>
      </w:r>
      <w:proofErr w:type="spellStart"/>
      <w:r>
        <w:t>Startprämie</w:t>
      </w:r>
      <w:proofErr w:type="spellEnd"/>
      <w:r>
        <w:t xml:space="preserve">: </w:t>
      </w:r>
      <w:proofErr w:type="spellStart"/>
      <w:r>
        <w:t>Neukunde</w:t>
      </w:r>
      <w:proofErr w:type="spellEnd"/>
      <w:r>
        <w:t xml:space="preserve">,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Girokonto</w:t>
      </w:r>
      <w:proofErr w:type="spellEnd"/>
      <w:r>
        <w:t xml:space="preserve"> in den </w:t>
      </w:r>
      <w:proofErr w:type="spellStart"/>
      <w:r>
        <w:t>letzten</w:t>
      </w:r>
      <w:proofErr w:type="spellEnd"/>
      <w:r>
        <w:t xml:space="preserve"> 24 </w:t>
      </w:r>
      <w:proofErr w:type="spellStart"/>
      <w:r>
        <w:t>Monaten</w:t>
      </w:r>
      <w:proofErr w:type="spellEnd"/>
      <w:r>
        <w:t xml:space="preserve">. 50,- Euro für die </w:t>
      </w:r>
      <w:proofErr w:type="spellStart"/>
      <w:r>
        <w:t>Eröffnung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BetterSmart</w:t>
      </w:r>
      <w:proofErr w:type="spellEnd"/>
      <w:r>
        <w:t xml:space="preserve"> Kontos, 50,- Euro für </w:t>
      </w:r>
      <w:proofErr w:type="spellStart"/>
      <w:r>
        <w:t>Gewerkschaftsmitglieder</w:t>
      </w:r>
      <w:proofErr w:type="spellEnd"/>
      <w:r>
        <w:t xml:space="preserve"> und </w:t>
      </w:r>
      <w:proofErr w:type="spellStart"/>
      <w:r>
        <w:t>deren</w:t>
      </w:r>
      <w:proofErr w:type="spellEnd"/>
      <w:r>
        <w:t xml:space="preserve"> </w:t>
      </w:r>
      <w:proofErr w:type="spellStart"/>
      <w:r>
        <w:t>Angehörige</w:t>
      </w:r>
      <w:proofErr w:type="spellEnd"/>
      <w:r>
        <w:t xml:space="preserve">. Die </w:t>
      </w:r>
      <w:proofErr w:type="spellStart"/>
      <w:r>
        <w:t>Auszahlung</w:t>
      </w:r>
      <w:proofErr w:type="spellEnd"/>
      <w:r>
        <w:t xml:space="preserve">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Erfüllung</w:t>
      </w:r>
      <w:proofErr w:type="spellEnd"/>
      <w:r>
        <w:t xml:space="preserve"> der </w:t>
      </w:r>
      <w:proofErr w:type="spellStart"/>
      <w:r>
        <w:t>Voraussetzungen</w:t>
      </w:r>
      <w:proofErr w:type="spellEnd"/>
      <w:r>
        <w:t xml:space="preserve"> </w:t>
      </w:r>
      <w:proofErr w:type="spellStart"/>
      <w:r>
        <w:t>innerhalb</w:t>
      </w:r>
      <w:proofErr w:type="spellEnd"/>
      <w:r>
        <w:t xml:space="preserve"> von 8 </w:t>
      </w:r>
      <w:proofErr w:type="spellStart"/>
      <w:r>
        <w:t>Wochen</w:t>
      </w:r>
      <w:proofErr w:type="spellEnd"/>
      <w:r>
        <w:t xml:space="preserve"> auf das </w:t>
      </w:r>
      <w:proofErr w:type="spellStart"/>
      <w:r>
        <w:t>BetterSmart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. </w:t>
      </w:r>
      <w:proofErr w:type="spellStart"/>
      <w:r>
        <w:t>Hinweis</w:t>
      </w:r>
      <w:proofErr w:type="spellEnd"/>
      <w:r>
        <w:t xml:space="preserve">: Wir </w:t>
      </w:r>
      <w:proofErr w:type="spellStart"/>
      <w:r>
        <w:t>behalten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, die Aktion </w:t>
      </w:r>
      <w:proofErr w:type="spellStart"/>
      <w:r>
        <w:t>jederzeit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ändern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beenden</w:t>
      </w:r>
      <w:proofErr w:type="spellEnd"/>
      <w:r>
        <w:t xml:space="preserve">. </w:t>
      </w:r>
      <w:proofErr w:type="spellStart"/>
      <w:r>
        <w:t>Aktionsstart</w:t>
      </w:r>
      <w:proofErr w:type="spellEnd"/>
      <w:r>
        <w:t xml:space="preserve">: 01.07.2026. 100€ </w:t>
      </w:r>
      <w:proofErr w:type="spellStart"/>
      <w:r>
        <w:t>Startprämie</w:t>
      </w:r>
      <w:proofErr w:type="spellEnd"/>
    </w:p>
    <w:p w14:paraId="7139BA07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proofErr w:type="spellStart"/>
      <w:r>
        <w:t>Werbeanzeige</w:t>
      </w:r>
      <w:proofErr w:type="spellEnd"/>
      <w:r>
        <w:t xml:space="preserve"> für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kostenfreies</w:t>
      </w:r>
      <w:proofErr w:type="spellEnd"/>
      <w:r>
        <w:t xml:space="preserve"> </w:t>
      </w:r>
      <w:proofErr w:type="spellStart"/>
      <w:r>
        <w:t>Girokonto</w:t>
      </w:r>
      <w:proofErr w:type="spellEnd"/>
      <w:r>
        <w:t xml:space="preserve"> der </w:t>
      </w:r>
      <w:proofErr w:type="spellStart"/>
      <w:r>
        <w:t>BBBank</w:t>
      </w:r>
      <w:proofErr w:type="spellEnd"/>
      <w:r>
        <w:t xml:space="preserve"> mit Smartphone-</w:t>
      </w:r>
      <w:proofErr w:type="spellStart"/>
      <w:r>
        <w:t>Darstellung</w:t>
      </w:r>
      <w:proofErr w:type="spellEnd"/>
      <w:r>
        <w:t xml:space="preserve"> und </w:t>
      </w:r>
      <w:proofErr w:type="spellStart"/>
      <w:r>
        <w:t>Kontaktangaben</w:t>
      </w:r>
      <w:proofErr w:type="spellEnd"/>
      <w:r>
        <w:t>.</w:t>
      </w:r>
    </w:p>
    <w:p w14:paraId="4EA27F80" w14:textId="77777777" w:rsidR="00132049" w:rsidRDefault="00000000">
      <w:r>
        <w:br w:type="page"/>
      </w:r>
    </w:p>
    <w:p w14:paraId="4B022D23" w14:textId="77777777" w:rsidR="00132049" w:rsidRDefault="00000000">
      <w:pPr>
        <w:pStyle w:val="berschrift1"/>
      </w:pPr>
      <w:proofErr w:type="spellStart"/>
      <w:r>
        <w:lastRenderedPageBreak/>
        <w:t>Unterstützung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Einbahnstraße</w:t>
      </w:r>
      <w:proofErr w:type="spellEnd"/>
    </w:p>
    <w:p w14:paraId="2D8A772D" w14:textId="77777777" w:rsidR="00132049" w:rsidRDefault="00000000">
      <w:proofErr w:type="spellStart"/>
      <w:r>
        <w:t>Unterstützung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Einbahnstraße</w:t>
      </w:r>
      <w:proofErr w:type="spellEnd"/>
      <w:r>
        <w:t xml:space="preserve"> Die DJG-Hessen-</w:t>
      </w:r>
      <w:proofErr w:type="spellStart"/>
      <w:r>
        <w:t>Notizen</w:t>
      </w:r>
      <w:proofErr w:type="spellEnd"/>
      <w:r>
        <w:t xml:space="preserve"> </w:t>
      </w:r>
      <w:proofErr w:type="spellStart"/>
      <w:r>
        <w:t>sollen</w:t>
      </w:r>
      <w:proofErr w:type="spellEnd"/>
      <w:r>
        <w:t xml:space="preserve"> in </w:t>
      </w:r>
      <w:proofErr w:type="spellStart"/>
      <w:r>
        <w:t>erster</w:t>
      </w:r>
      <w:proofErr w:type="spellEnd"/>
      <w:r>
        <w:t xml:space="preserve"> Linie </w:t>
      </w:r>
      <w:proofErr w:type="spellStart"/>
      <w:r>
        <w:t>informieren</w:t>
      </w:r>
      <w:proofErr w:type="spellEnd"/>
      <w:r>
        <w:t xml:space="preserve">, </w:t>
      </w:r>
      <w:proofErr w:type="spellStart"/>
      <w:r>
        <w:t>einordnen</w:t>
      </w:r>
      <w:proofErr w:type="spellEnd"/>
      <w:r>
        <w:t xml:space="preserve"> und die </w:t>
      </w:r>
      <w:proofErr w:type="spellStart"/>
      <w:r>
        <w:t>gewerkschaftliche</w:t>
      </w:r>
      <w:proofErr w:type="spellEnd"/>
      <w:r>
        <w:t xml:space="preserve"> Arbeit </w:t>
      </w:r>
      <w:proofErr w:type="spellStart"/>
      <w:r>
        <w:t>begleiten</w:t>
      </w:r>
      <w:proofErr w:type="spellEnd"/>
      <w:r>
        <w:t xml:space="preserve">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achten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bewusst</w:t>
      </w:r>
      <w:proofErr w:type="spellEnd"/>
      <w:r>
        <w:t xml:space="preserve"> </w:t>
      </w:r>
      <w:proofErr w:type="spellStart"/>
      <w:r>
        <w:t>darauf</w:t>
      </w:r>
      <w:proofErr w:type="spellEnd"/>
      <w:r>
        <w:t xml:space="preserve">, den </w:t>
      </w:r>
      <w:proofErr w:type="spellStart"/>
      <w:r>
        <w:t>Anteil</w:t>
      </w:r>
      <w:proofErr w:type="spellEnd"/>
      <w:r>
        <w:t xml:space="preserve"> an </w:t>
      </w:r>
      <w:proofErr w:type="spellStart"/>
      <w:r>
        <w:t>Werbung</w:t>
      </w:r>
      <w:proofErr w:type="spellEnd"/>
      <w:r>
        <w:t xml:space="preserve"> so </w:t>
      </w:r>
      <w:proofErr w:type="spellStart"/>
      <w:r>
        <w:t>gering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halten</w:t>
      </w:r>
      <w:proofErr w:type="spellEnd"/>
      <w:r>
        <w:t xml:space="preserve">.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Mitglieder</w:t>
      </w:r>
      <w:proofErr w:type="spellEnd"/>
      <w:r>
        <w:t xml:space="preserve"> </w:t>
      </w:r>
      <w:proofErr w:type="spellStart"/>
      <w:r>
        <w:t>erhalten</w:t>
      </w:r>
      <w:proofErr w:type="spellEnd"/>
      <w:r>
        <w:t xml:space="preserve"> die DJG-</w:t>
      </w:r>
      <w:proofErr w:type="spellStart"/>
      <w:r>
        <w:t>HessenNotizen</w:t>
      </w:r>
      <w:proofErr w:type="spellEnd"/>
      <w:r>
        <w:t xml:space="preserve"> </w:t>
      </w:r>
      <w:proofErr w:type="spellStart"/>
      <w:r>
        <w:t>grundsätzlich</w:t>
      </w:r>
      <w:proofErr w:type="spellEnd"/>
      <w:r>
        <w:t xml:space="preserve"> in </w:t>
      </w:r>
      <w:proofErr w:type="spellStart"/>
      <w:r>
        <w:t>digitaler</w:t>
      </w:r>
      <w:proofErr w:type="spellEnd"/>
      <w:r>
        <w:t xml:space="preserve"> Form.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hinaus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gedruckte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 xml:space="preserve"> </w:t>
      </w:r>
      <w:proofErr w:type="spellStart"/>
      <w:r>
        <w:t>herstellen</w:t>
      </w:r>
      <w:proofErr w:type="spellEnd"/>
      <w:r>
        <w:t xml:space="preserve">, die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anderem</w:t>
      </w:r>
      <w:proofErr w:type="spellEnd"/>
      <w:r>
        <w:t xml:space="preserve"> an </w:t>
      </w:r>
      <w:proofErr w:type="spellStart"/>
      <w:r>
        <w:t>Ministerien</w:t>
      </w:r>
      <w:proofErr w:type="spellEnd"/>
      <w:r>
        <w:t xml:space="preserve">, </w:t>
      </w:r>
      <w:proofErr w:type="spellStart"/>
      <w:r>
        <w:t>Behördenleitungen</w:t>
      </w:r>
      <w:proofErr w:type="spellEnd"/>
      <w:r>
        <w:t xml:space="preserve"> und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innerhalb</w:t>
      </w:r>
      <w:proofErr w:type="spellEnd"/>
      <w:r>
        <w:t xml:space="preserve"> der </w:t>
      </w:r>
      <w:proofErr w:type="spellStart"/>
      <w:r>
        <w:t>hessischen</w:t>
      </w:r>
      <w:proofErr w:type="spellEnd"/>
      <w:r>
        <w:t xml:space="preserve"> Justiz </w:t>
      </w:r>
      <w:proofErr w:type="spellStart"/>
      <w:r>
        <w:t>versandt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Druck und Porto </w:t>
      </w:r>
      <w:proofErr w:type="spellStart"/>
      <w:r>
        <w:t>verursachen</w:t>
      </w:r>
      <w:proofErr w:type="spellEnd"/>
      <w:r>
        <w:t xml:space="preserve"> Kosten - und die </w:t>
      </w:r>
      <w:proofErr w:type="spellStart"/>
      <w:r>
        <w:t>bezahlen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bekanntlich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>
        <w:t>Zeitalter</w:t>
      </w:r>
      <w:proofErr w:type="spellEnd"/>
      <w:r>
        <w:t xml:space="preserve"> nicht von </w:t>
      </w:r>
      <w:proofErr w:type="spellStart"/>
      <w:r>
        <w:t>allein</w:t>
      </w:r>
      <w:proofErr w:type="spellEnd"/>
      <w:r>
        <w:t xml:space="preserve">. </w:t>
      </w:r>
      <w:proofErr w:type="spellStart"/>
      <w:r>
        <w:t>Umso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freuen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BBBank</w:t>
      </w:r>
      <w:proofErr w:type="spellEnd"/>
      <w:r>
        <w:t xml:space="preserve"> die Arbeit der DJG-Hessen mit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finanziellen</w:t>
      </w:r>
      <w:proofErr w:type="spellEnd"/>
      <w:r>
        <w:t xml:space="preserve"> </w:t>
      </w:r>
      <w:proofErr w:type="spellStart"/>
      <w:r>
        <w:t>Beitrag</w:t>
      </w:r>
      <w:proofErr w:type="spellEnd"/>
      <w:r>
        <w:t xml:space="preserve"> </w:t>
      </w:r>
      <w:proofErr w:type="spellStart"/>
      <w:r>
        <w:t>unterstützt</w:t>
      </w:r>
      <w:proofErr w:type="spellEnd"/>
      <w:r>
        <w:t xml:space="preserve"> und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mit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Anzeige</w:t>
      </w:r>
      <w:proofErr w:type="spellEnd"/>
      <w:r>
        <w:t xml:space="preserve">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Ausgabe</w:t>
      </w:r>
      <w:proofErr w:type="spellEnd"/>
      <w:r>
        <w:t xml:space="preserve"> </w:t>
      </w:r>
      <w:proofErr w:type="spellStart"/>
      <w:r>
        <w:t>vertreten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sagen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ausdrücklich</w:t>
      </w:r>
      <w:proofErr w:type="spellEnd"/>
      <w:r>
        <w:t xml:space="preserve"> Danke.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entscheidet</w:t>
      </w:r>
      <w:proofErr w:type="spellEnd"/>
      <w:r>
        <w:t xml:space="preserve"> </w:t>
      </w:r>
      <w:proofErr w:type="spellStart"/>
      <w:r>
        <w:t>jede</w:t>
      </w:r>
      <w:proofErr w:type="spellEnd"/>
      <w:r>
        <w:t xml:space="preserve"> und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, </w:t>
      </w:r>
      <w:proofErr w:type="spellStart"/>
      <w:r>
        <w:t>bei</w:t>
      </w:r>
      <w:proofErr w:type="spellEnd"/>
      <w:r>
        <w:t xml:space="preserve"> </w:t>
      </w:r>
      <w:proofErr w:type="spellStart"/>
      <w:r>
        <w:t>welcher</w:t>
      </w:r>
      <w:proofErr w:type="spellEnd"/>
      <w:r>
        <w:t xml:space="preserve"> Bank das </w:t>
      </w:r>
      <w:proofErr w:type="spellStart"/>
      <w:r>
        <w:t>Konto</w:t>
      </w:r>
      <w:proofErr w:type="spellEnd"/>
      <w:r>
        <w:t xml:space="preserve"> </w:t>
      </w:r>
      <w:proofErr w:type="spellStart"/>
      <w:r>
        <w:t>geführt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abgeschlossen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Geld </w:t>
      </w:r>
      <w:proofErr w:type="spellStart"/>
      <w:r>
        <w:t>angelegt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Wir </w:t>
      </w:r>
      <w:proofErr w:type="spellStart"/>
      <w:r>
        <w:t>möchten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Mitglieder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bitten,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Entscheidungen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Blick auf die </w:t>
      </w:r>
      <w:proofErr w:type="spellStart"/>
      <w:r>
        <w:t>Angebote</w:t>
      </w:r>
      <w:proofErr w:type="spellEnd"/>
      <w:r>
        <w:t xml:space="preserve"> der </w:t>
      </w:r>
      <w:proofErr w:type="spellStart"/>
      <w:r>
        <w:t>BBBank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werfen</w:t>
      </w:r>
      <w:proofErr w:type="spellEnd"/>
      <w:r>
        <w:t xml:space="preserve"> und </w:t>
      </w:r>
      <w:proofErr w:type="spellStart"/>
      <w:r>
        <w:t>diese</w:t>
      </w:r>
      <w:proofErr w:type="spellEnd"/>
      <w:r>
        <w:t xml:space="preserve"> in den </w:t>
      </w:r>
      <w:proofErr w:type="spellStart"/>
      <w:r>
        <w:t>persönlichen</w:t>
      </w:r>
      <w:proofErr w:type="spellEnd"/>
      <w:r>
        <w:t xml:space="preserve"> </w:t>
      </w:r>
      <w:proofErr w:type="spellStart"/>
      <w:r>
        <w:t>Vergleich</w:t>
      </w:r>
      <w:proofErr w:type="spellEnd"/>
      <w:r>
        <w:t xml:space="preserve"> </w:t>
      </w:r>
      <w:proofErr w:type="spellStart"/>
      <w:r>
        <w:t>einzubeziehen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gewerkschaftliche</w:t>
      </w:r>
      <w:proofErr w:type="spellEnd"/>
      <w:r>
        <w:t xml:space="preserve"> Arbeit </w:t>
      </w:r>
      <w:proofErr w:type="spellStart"/>
      <w:r>
        <w:t>unterstützt</w:t>
      </w:r>
      <w:proofErr w:type="spellEnd"/>
      <w:r>
        <w:t xml:space="preserve">, </w:t>
      </w:r>
      <w:proofErr w:type="spellStart"/>
      <w:r>
        <w:t>kommt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nicht </w:t>
      </w:r>
      <w:proofErr w:type="spellStart"/>
      <w:r>
        <w:t>nur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Kleingedruckten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. </w:t>
      </w:r>
      <w:proofErr w:type="spellStart"/>
      <w:r>
        <w:t>Euer</w:t>
      </w:r>
      <w:proofErr w:type="spellEnd"/>
      <w:r>
        <w:t xml:space="preserve"> </w:t>
      </w:r>
      <w:proofErr w:type="spellStart"/>
      <w:r>
        <w:t>Landesvorstand</w:t>
      </w:r>
      <w:proofErr w:type="spellEnd"/>
      <w:r>
        <w:t xml:space="preserve"> </w:t>
      </w:r>
      <w:proofErr w:type="spellStart"/>
      <w:r>
        <w:t>Inhalt</w:t>
      </w:r>
      <w:proofErr w:type="spellEnd"/>
      <w:r>
        <w:t xml:space="preserve">: </w:t>
      </w:r>
      <w:proofErr w:type="spellStart"/>
      <w:r>
        <w:t>Debattenreicher</w:t>
      </w:r>
      <w:proofErr w:type="spellEnd"/>
      <w:r>
        <w:t xml:space="preserve"> Sommer 2026 4 Ein Buddy </w:t>
      </w:r>
      <w:proofErr w:type="spellStart"/>
      <w:r>
        <w:t>gegen</w:t>
      </w:r>
      <w:proofErr w:type="spellEnd"/>
      <w:r>
        <w:t xml:space="preserve"> das </w:t>
      </w:r>
      <w:proofErr w:type="spellStart"/>
      <w:r>
        <w:t>Abtippen</w:t>
      </w:r>
      <w:proofErr w:type="spellEnd"/>
      <w:r>
        <w:t xml:space="preserve"> 5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für den </w:t>
      </w:r>
      <w:proofErr w:type="spellStart"/>
      <w:r>
        <w:t>Mülleimer</w:t>
      </w:r>
      <w:proofErr w:type="spellEnd"/>
      <w:r>
        <w:t xml:space="preserve">? 6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Verdachtskultur</w:t>
      </w:r>
      <w:proofErr w:type="spellEnd"/>
      <w:r>
        <w:t xml:space="preserve"> 8 Wir </w:t>
      </w:r>
      <w:proofErr w:type="spellStart"/>
      <w:r>
        <w:t>wissen</w:t>
      </w:r>
      <w:proofErr w:type="spellEnd"/>
      <w:r>
        <w:t xml:space="preserve"> es </w:t>
      </w:r>
      <w:proofErr w:type="spellStart"/>
      <w:r>
        <w:t>noch</w:t>
      </w:r>
      <w:proofErr w:type="spellEnd"/>
      <w:r>
        <w:t xml:space="preserve"> nicht 10 </w:t>
      </w:r>
      <w:proofErr w:type="spellStart"/>
      <w:r>
        <w:t>Dienstkleidung</w:t>
      </w:r>
      <w:proofErr w:type="spellEnd"/>
      <w:r>
        <w:t xml:space="preserve"> muss </w:t>
      </w:r>
      <w:proofErr w:type="spellStart"/>
      <w:r>
        <w:t>alltagstauglich</w:t>
      </w:r>
      <w:proofErr w:type="spellEnd"/>
      <w:r>
        <w:t xml:space="preserve"> sein -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 </w:t>
      </w:r>
      <w:proofErr w:type="spellStart"/>
      <w:r>
        <w:t>dran</w:t>
      </w:r>
      <w:proofErr w:type="spellEnd"/>
      <w:r>
        <w:t xml:space="preserve"> 11 Ein </w:t>
      </w:r>
      <w:proofErr w:type="spellStart"/>
      <w:r>
        <w:t>Pilotprojekt</w:t>
      </w:r>
      <w:proofErr w:type="spellEnd"/>
      <w:r>
        <w:t xml:space="preserve"> muss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fliegen</w:t>
      </w:r>
      <w:proofErr w:type="spellEnd"/>
      <w:r>
        <w:t xml:space="preserve"> </w:t>
      </w:r>
      <w:proofErr w:type="spellStart"/>
      <w:r>
        <w:t>dürfen</w:t>
      </w:r>
      <w:proofErr w:type="spellEnd"/>
      <w:r>
        <w:t xml:space="preserve"> - Update </w:t>
      </w:r>
      <w:proofErr w:type="spellStart"/>
      <w:r>
        <w:t>zur</w:t>
      </w:r>
      <w:proofErr w:type="spellEnd"/>
      <w:r>
        <w:t xml:space="preserve"> DV mobile Arbeit 12 DMS 4.0 und mobile Arbeit: </w:t>
      </w:r>
      <w:proofErr w:type="spellStart"/>
      <w:r>
        <w:t>Verbesserungsbedarf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Umgehungslösung</w:t>
      </w:r>
      <w:proofErr w:type="spellEnd"/>
      <w:r>
        <w:t xml:space="preserve"> 14 Ich mag dieses Wort nicht ... 15</w:t>
      </w:r>
    </w:p>
    <w:p w14:paraId="340ABC8F" w14:textId="77777777" w:rsidR="00132049" w:rsidRDefault="00000000">
      <w:r>
        <w:br w:type="page"/>
      </w:r>
    </w:p>
    <w:p w14:paraId="1AF0912B" w14:textId="77777777" w:rsidR="00132049" w:rsidRDefault="00000000">
      <w:pPr>
        <w:pStyle w:val="berschrift1"/>
      </w:pPr>
      <w:r>
        <w:lastRenderedPageBreak/>
        <w:t xml:space="preserve">Editorial: </w:t>
      </w:r>
      <w:proofErr w:type="spellStart"/>
      <w:r>
        <w:t>Debattenreicher</w:t>
      </w:r>
      <w:proofErr w:type="spellEnd"/>
      <w:r>
        <w:t xml:space="preserve"> Sommer 2026</w:t>
      </w:r>
    </w:p>
    <w:p w14:paraId="19FDE295" w14:textId="77777777" w:rsidR="00132049" w:rsidRDefault="00000000">
      <w:r>
        <w:t xml:space="preserve">4 DJG Landesverband Hessen e.V. Es </w:t>
      </w:r>
      <w:proofErr w:type="spellStart"/>
      <w:r>
        <w:t>wurde</w:t>
      </w:r>
      <w:proofErr w:type="spellEnd"/>
      <w:r>
        <w:t xml:space="preserve"> über </w:t>
      </w:r>
      <w:proofErr w:type="spellStart"/>
      <w:r>
        <w:t>Arbeitszeiten</w:t>
      </w:r>
      <w:proofErr w:type="spellEnd"/>
      <w:r>
        <w:t xml:space="preserve"> </w:t>
      </w:r>
      <w:proofErr w:type="spellStart"/>
      <w:r>
        <w:t>diskutiert</w:t>
      </w:r>
      <w:proofErr w:type="spellEnd"/>
      <w:r>
        <w:t xml:space="preserve">. Über </w:t>
      </w:r>
      <w:proofErr w:type="spellStart"/>
      <w:r>
        <w:t>Produktivität</w:t>
      </w:r>
      <w:proofErr w:type="spellEnd"/>
      <w:r>
        <w:t xml:space="preserve">. Über </w:t>
      </w:r>
      <w:proofErr w:type="spellStart"/>
      <w:r>
        <w:t>Krankenstände</w:t>
      </w:r>
      <w:proofErr w:type="spellEnd"/>
      <w:r>
        <w:t xml:space="preserve">. Über </w:t>
      </w:r>
      <w:proofErr w:type="spellStart"/>
      <w:r>
        <w:t>Atteste</w:t>
      </w:r>
      <w:proofErr w:type="spellEnd"/>
      <w:r>
        <w:t xml:space="preserve"> ab dem </w:t>
      </w:r>
      <w:proofErr w:type="spellStart"/>
      <w:r>
        <w:t>ersten</w:t>
      </w:r>
      <w:proofErr w:type="spellEnd"/>
      <w:r>
        <w:t xml:space="preserve"> </w:t>
      </w:r>
      <w:proofErr w:type="spellStart"/>
      <w:r>
        <w:t>Krankheitstag</w:t>
      </w:r>
      <w:proofErr w:type="spellEnd"/>
      <w:r>
        <w:t xml:space="preserve">. Über </w:t>
      </w:r>
      <w:proofErr w:type="spellStart"/>
      <w:r>
        <w:t>Anwesenheit</w:t>
      </w:r>
      <w:proofErr w:type="spellEnd"/>
      <w:r>
        <w:t xml:space="preserve">, mobiles </w:t>
      </w:r>
      <w:proofErr w:type="spellStart"/>
      <w:r>
        <w:t>Arbeiten</w:t>
      </w:r>
      <w:proofErr w:type="spellEnd"/>
      <w:r>
        <w:t xml:space="preserve"> und </w:t>
      </w:r>
      <w:proofErr w:type="spellStart"/>
      <w:r>
        <w:t>darüber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leistungsfähig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Land </w:t>
      </w:r>
      <w:proofErr w:type="spellStart"/>
      <w:r>
        <w:t>künftig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sein </w:t>
      </w:r>
      <w:proofErr w:type="spellStart"/>
      <w:r>
        <w:t>wird</w:t>
      </w:r>
      <w:proofErr w:type="spellEnd"/>
      <w:r>
        <w:t xml:space="preserve">. Und </w:t>
      </w:r>
      <w:proofErr w:type="spellStart"/>
      <w:r>
        <w:t>als</w:t>
      </w:r>
      <w:proofErr w:type="spellEnd"/>
      <w:r>
        <w:t xml:space="preserve"> </w:t>
      </w:r>
      <w:proofErr w:type="spellStart"/>
      <w:r>
        <w:t>wäre</w:t>
      </w:r>
      <w:proofErr w:type="spellEnd"/>
      <w:r>
        <w:t xml:space="preserve"> das nicht </w:t>
      </w:r>
      <w:proofErr w:type="spellStart"/>
      <w:r>
        <w:t>genug</w:t>
      </w:r>
      <w:proofErr w:type="spellEnd"/>
      <w:r>
        <w:t xml:space="preserve">,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über die Zukunft der </w:t>
      </w:r>
      <w:proofErr w:type="spellStart"/>
      <w:r>
        <w:t>Altersversorgung</w:t>
      </w:r>
      <w:proofErr w:type="spellEnd"/>
      <w:r>
        <w:t xml:space="preserve"> </w:t>
      </w:r>
      <w:proofErr w:type="spellStart"/>
      <w:r>
        <w:t>gesprochen</w:t>
      </w:r>
      <w:proofErr w:type="spellEnd"/>
      <w:r>
        <w:t xml:space="preserve">. Über </w:t>
      </w:r>
      <w:proofErr w:type="spellStart"/>
      <w:r>
        <w:t>längere</w:t>
      </w:r>
      <w:proofErr w:type="spellEnd"/>
      <w:r>
        <w:t xml:space="preserve"> </w:t>
      </w:r>
      <w:proofErr w:type="spellStart"/>
      <w:r>
        <w:t>Lebensarbeitszeiten</w:t>
      </w:r>
      <w:proofErr w:type="spellEnd"/>
      <w:r>
        <w:t xml:space="preserve">, über die </w:t>
      </w:r>
      <w:proofErr w:type="spellStart"/>
      <w:r>
        <w:t>Finanzierung</w:t>
      </w:r>
      <w:proofErr w:type="spellEnd"/>
      <w:r>
        <w:t xml:space="preserve"> der </w:t>
      </w:r>
      <w:proofErr w:type="spellStart"/>
      <w:r>
        <w:t>Rentensysteme</w:t>
      </w:r>
      <w:proofErr w:type="spellEnd"/>
      <w:r>
        <w:t xml:space="preserve"> und </w:t>
      </w:r>
      <w:proofErr w:type="spellStart"/>
      <w:r>
        <w:t>darüber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die Menschen </w:t>
      </w:r>
      <w:proofErr w:type="spellStart"/>
      <w:r>
        <w:t>künftig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sollen</w:t>
      </w:r>
      <w:proofErr w:type="spellEnd"/>
      <w:r>
        <w:t xml:space="preserve">. Für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Diskussionen</w:t>
      </w:r>
      <w:proofErr w:type="spellEnd"/>
      <w:r>
        <w:t xml:space="preserve"> </w:t>
      </w:r>
      <w:proofErr w:type="spellStart"/>
      <w:r>
        <w:t>längst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abstrakten</w:t>
      </w:r>
      <w:proofErr w:type="spellEnd"/>
      <w:r>
        <w:t xml:space="preserve"> </w:t>
      </w:r>
      <w:proofErr w:type="spellStart"/>
      <w:r>
        <w:t>politischen</w:t>
      </w:r>
      <w:proofErr w:type="spellEnd"/>
      <w:r>
        <w:t xml:space="preserve"> </w:t>
      </w:r>
      <w:proofErr w:type="spellStart"/>
      <w:r>
        <w:t>Gedankenspiele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Kolleginnen</w:t>
      </w:r>
      <w:proofErr w:type="spellEnd"/>
      <w:r>
        <w:t xml:space="preserve"> und </w:t>
      </w:r>
      <w:proofErr w:type="spellStart"/>
      <w:r>
        <w:t>Kollegen</w:t>
      </w:r>
      <w:proofErr w:type="spellEnd"/>
      <w:r>
        <w:t xml:space="preserve">, die </w:t>
      </w:r>
      <w:proofErr w:type="spellStart"/>
      <w:r>
        <w:t>sich</w:t>
      </w:r>
      <w:proofErr w:type="spellEnd"/>
      <w:r>
        <w:t xml:space="preserve"> dem </w:t>
      </w:r>
      <w:proofErr w:type="spellStart"/>
      <w:r>
        <w:t>Ruhestand</w:t>
      </w:r>
      <w:proofErr w:type="spellEnd"/>
      <w:r>
        <w:t xml:space="preserve"> </w:t>
      </w:r>
      <w:proofErr w:type="spellStart"/>
      <w:r>
        <w:t>langsam</w:t>
      </w:r>
      <w:proofErr w:type="spellEnd"/>
      <w:r>
        <w:t xml:space="preserve"> </w:t>
      </w:r>
      <w:proofErr w:type="spellStart"/>
      <w:r>
        <w:t>nähern</w:t>
      </w:r>
      <w:proofErr w:type="spellEnd"/>
      <w:r>
        <w:t xml:space="preserve">, </w:t>
      </w:r>
      <w:proofErr w:type="spellStart"/>
      <w:r>
        <w:t>verfolgen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genau</w:t>
      </w:r>
      <w:proofErr w:type="spellEnd"/>
      <w:r>
        <w:t xml:space="preserve">, was </w:t>
      </w:r>
      <w:proofErr w:type="spellStart"/>
      <w:r>
        <w:t>aus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Vorschlägen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Bei all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Diskussionen</w:t>
      </w:r>
      <w:proofErr w:type="spellEnd"/>
      <w:r>
        <w:t xml:space="preserve"> </w:t>
      </w:r>
      <w:proofErr w:type="spellStart"/>
      <w:r>
        <w:t>fällt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auf: Oft </w:t>
      </w:r>
      <w:proofErr w:type="spellStart"/>
      <w:r>
        <w:t>wird</w:t>
      </w:r>
      <w:proofErr w:type="spellEnd"/>
      <w:r>
        <w:t xml:space="preserve"> über die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gesprochen</w:t>
      </w:r>
      <w:proofErr w:type="spellEnd"/>
      <w:r>
        <w:t xml:space="preserve">. </w:t>
      </w:r>
      <w:proofErr w:type="spellStart"/>
      <w:r>
        <w:t>Deutlich</w:t>
      </w:r>
      <w:proofErr w:type="spellEnd"/>
      <w:r>
        <w:t xml:space="preserve"> </w:t>
      </w:r>
      <w:proofErr w:type="spellStart"/>
      <w:r>
        <w:t>seltener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mit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gesprochen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die </w:t>
      </w:r>
      <w:proofErr w:type="spellStart"/>
      <w:r>
        <w:t>Debatten</w:t>
      </w:r>
      <w:proofErr w:type="spellEnd"/>
      <w:r>
        <w:t xml:space="preserve"> </w:t>
      </w:r>
      <w:proofErr w:type="spellStart"/>
      <w:r>
        <w:t>verfolgt</w:t>
      </w:r>
      <w:proofErr w:type="spellEnd"/>
      <w:r>
        <w:t xml:space="preserve">, </w:t>
      </w:r>
      <w:proofErr w:type="spellStart"/>
      <w:r>
        <w:t>könnte</w:t>
      </w:r>
      <w:proofErr w:type="spellEnd"/>
      <w:r>
        <w:t xml:space="preserve"> </w:t>
      </w:r>
      <w:proofErr w:type="spellStart"/>
      <w:r>
        <w:t>gelegentlich</w:t>
      </w:r>
      <w:proofErr w:type="spellEnd"/>
      <w:r>
        <w:t xml:space="preserve"> den Eindruck </w:t>
      </w:r>
      <w:proofErr w:type="spellStart"/>
      <w:r>
        <w:t>gewinnen</w:t>
      </w:r>
      <w:proofErr w:type="spellEnd"/>
      <w:r>
        <w:t xml:space="preserve">, die </w:t>
      </w:r>
      <w:proofErr w:type="spellStart"/>
      <w:r>
        <w:t>entscheidende</w:t>
      </w:r>
      <w:proofErr w:type="spellEnd"/>
      <w:r>
        <w:t xml:space="preserve"> Frage </w:t>
      </w:r>
      <w:proofErr w:type="spellStart"/>
      <w:r>
        <w:t>unserer</w:t>
      </w:r>
      <w:proofErr w:type="spellEnd"/>
      <w:r>
        <w:t xml:space="preserve"> Zeit </w:t>
      </w:r>
      <w:proofErr w:type="spellStart"/>
      <w:r>
        <w:t>laute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man Menschen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bringt</w:t>
      </w:r>
      <w:proofErr w:type="spellEnd"/>
      <w:r>
        <w:t xml:space="preserve">,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. In </w:t>
      </w:r>
      <w:proofErr w:type="spellStart"/>
      <w:r>
        <w:t>unserer</w:t>
      </w:r>
      <w:proofErr w:type="spellEnd"/>
      <w:r>
        <w:t xml:space="preserve"> </w:t>
      </w:r>
      <w:proofErr w:type="spellStart"/>
      <w:r>
        <w:t>Realität</w:t>
      </w:r>
      <w:proofErr w:type="spellEnd"/>
      <w:r>
        <w:t xml:space="preserve"> </w:t>
      </w:r>
      <w:proofErr w:type="spellStart"/>
      <w:r>
        <w:t>erleben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engagierte</w:t>
      </w:r>
      <w:proofErr w:type="spellEnd"/>
      <w:r>
        <w:t xml:space="preserve"> </w:t>
      </w:r>
      <w:proofErr w:type="spellStart"/>
      <w:r>
        <w:t>Kolleginnen</w:t>
      </w:r>
      <w:proofErr w:type="spellEnd"/>
      <w:r>
        <w:t xml:space="preserve"> und </w:t>
      </w:r>
      <w:proofErr w:type="spellStart"/>
      <w:r>
        <w:t>Kollegen</w:t>
      </w:r>
      <w:proofErr w:type="spellEnd"/>
      <w:r>
        <w:t xml:space="preserve">, die </w:t>
      </w:r>
      <w:proofErr w:type="spellStart"/>
      <w:r>
        <w:t>täglich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sorgen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Gerichte</w:t>
      </w:r>
      <w:proofErr w:type="spellEnd"/>
      <w:r>
        <w:t xml:space="preserve">, </w:t>
      </w:r>
      <w:proofErr w:type="spellStart"/>
      <w:r>
        <w:t>Staatsanwaltschaften</w:t>
      </w:r>
      <w:proofErr w:type="spellEnd"/>
      <w:r>
        <w:t xml:space="preserve">, </w:t>
      </w:r>
      <w:proofErr w:type="spellStart"/>
      <w:r>
        <w:t>Justizvollzug</w:t>
      </w:r>
      <w:proofErr w:type="spellEnd"/>
      <w:r>
        <w:t xml:space="preserve"> und </w:t>
      </w:r>
      <w:proofErr w:type="spellStart"/>
      <w:r>
        <w:t>Justizverwaltung</w:t>
      </w:r>
      <w:proofErr w:type="spellEnd"/>
      <w:r>
        <w:t xml:space="preserve"> </w:t>
      </w:r>
      <w:proofErr w:type="spellStart"/>
      <w:r>
        <w:t>funktionieren</w:t>
      </w:r>
      <w:proofErr w:type="spellEnd"/>
      <w:r>
        <w:t xml:space="preserve">. Nicht </w:t>
      </w:r>
      <w:proofErr w:type="spellStart"/>
      <w:r>
        <w:t>selten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schwierigen</w:t>
      </w:r>
      <w:proofErr w:type="spellEnd"/>
      <w:r>
        <w:t xml:space="preserve"> </w:t>
      </w:r>
      <w:proofErr w:type="spellStart"/>
      <w:r>
        <w:t>Bedingungen</w:t>
      </w:r>
      <w:proofErr w:type="spellEnd"/>
      <w:r>
        <w:t xml:space="preserve">, mit </w:t>
      </w:r>
      <w:proofErr w:type="spellStart"/>
      <w:r>
        <w:t>hoher</w:t>
      </w:r>
      <w:proofErr w:type="spellEnd"/>
      <w:r>
        <w:t xml:space="preserve"> </w:t>
      </w:r>
      <w:proofErr w:type="spellStart"/>
      <w:r>
        <w:t>Arbeitsbelastung</w:t>
      </w:r>
      <w:proofErr w:type="spellEnd"/>
      <w:r>
        <w:t xml:space="preserve">, </w:t>
      </w:r>
      <w:proofErr w:type="spellStart"/>
      <w:r>
        <w:t>offenen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und </w:t>
      </w:r>
      <w:proofErr w:type="spellStart"/>
      <w:r>
        <w:t>ständig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An- und </w:t>
      </w:r>
      <w:proofErr w:type="spellStart"/>
      <w:r>
        <w:t>Herausforderungen</w:t>
      </w:r>
      <w:proofErr w:type="spellEnd"/>
      <w:r>
        <w:t xml:space="preserve">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 die Politik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vorsichtig</w:t>
      </w:r>
      <w:proofErr w:type="spellEnd"/>
      <w:r>
        <w:t xml:space="preserve"> sein,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Arbeitszeit</w:t>
      </w:r>
      <w:proofErr w:type="spellEnd"/>
      <w:r>
        <w:t xml:space="preserve"> </w:t>
      </w:r>
      <w:proofErr w:type="spellStart"/>
      <w:r>
        <w:t>automatisch</w:t>
      </w:r>
      <w:proofErr w:type="spellEnd"/>
      <w:r>
        <w:t xml:space="preserve"> mit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Leistung</w:t>
      </w:r>
      <w:proofErr w:type="spellEnd"/>
      <w:r>
        <w:t xml:space="preserve"> </w:t>
      </w:r>
      <w:proofErr w:type="spellStart"/>
      <w:r>
        <w:t>gleichgesetzt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</w:t>
      </w:r>
      <w:proofErr w:type="spellStart"/>
      <w:r>
        <w:t>Produktivität</w:t>
      </w:r>
      <w:proofErr w:type="spellEnd"/>
      <w:r>
        <w:t xml:space="preserve"> </w:t>
      </w:r>
      <w:proofErr w:type="spellStart"/>
      <w:r>
        <w:t>entsteht</w:t>
      </w:r>
      <w:proofErr w:type="spellEnd"/>
      <w:r>
        <w:t xml:space="preserve"> nicht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längere</w:t>
      </w:r>
      <w:proofErr w:type="spellEnd"/>
      <w:r>
        <w:t xml:space="preserve"> </w:t>
      </w:r>
      <w:proofErr w:type="spellStart"/>
      <w:r>
        <w:t>Anwesenheit</w:t>
      </w:r>
      <w:proofErr w:type="spellEnd"/>
      <w:r>
        <w:t xml:space="preserve">. Sie </w:t>
      </w:r>
      <w:proofErr w:type="spellStart"/>
      <w:r>
        <w:t>entsteht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funktionierende</w:t>
      </w:r>
      <w:proofErr w:type="spellEnd"/>
      <w:r>
        <w:t xml:space="preserve"> </w:t>
      </w:r>
      <w:proofErr w:type="spellStart"/>
      <w:r>
        <w:t>Abläufe</w:t>
      </w:r>
      <w:proofErr w:type="spellEnd"/>
      <w:r>
        <w:t xml:space="preserve">, </w:t>
      </w:r>
      <w:proofErr w:type="spellStart"/>
      <w:r>
        <w:t>klare</w:t>
      </w:r>
      <w:proofErr w:type="spellEnd"/>
      <w:r>
        <w:t xml:space="preserve"> </w:t>
      </w:r>
      <w:proofErr w:type="spellStart"/>
      <w:r>
        <w:t>Zuständigkeiten</w:t>
      </w:r>
      <w:proofErr w:type="spellEnd"/>
      <w:r>
        <w:t xml:space="preserve">, </w:t>
      </w:r>
      <w:proofErr w:type="spellStart"/>
      <w:r>
        <w:t>moderne</w:t>
      </w:r>
      <w:proofErr w:type="spellEnd"/>
      <w:r>
        <w:t xml:space="preserve"> Technik und das </w:t>
      </w:r>
      <w:proofErr w:type="spellStart"/>
      <w:r>
        <w:t>Vertrauen</w:t>
      </w:r>
      <w:proofErr w:type="spellEnd"/>
      <w:r>
        <w:t xml:space="preserve"> in die Menschen, die </w:t>
      </w:r>
      <w:proofErr w:type="spellStart"/>
      <w:r>
        <w:t>ihre</w:t>
      </w:r>
      <w:proofErr w:type="spellEnd"/>
      <w:r>
        <w:t xml:space="preserve"> Arbeit </w:t>
      </w:r>
      <w:proofErr w:type="spellStart"/>
      <w:r>
        <w:t>erledigen</w:t>
      </w:r>
      <w:proofErr w:type="spellEnd"/>
      <w:r>
        <w:t xml:space="preserve">. </w:t>
      </w:r>
      <w:proofErr w:type="spellStart"/>
      <w:r>
        <w:t>Genau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beschäftigen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Ausgabe</w:t>
      </w:r>
      <w:proofErr w:type="spellEnd"/>
      <w:r>
        <w:t xml:space="preserve"> mit </w:t>
      </w:r>
      <w:proofErr w:type="spellStart"/>
      <w:r>
        <w:t>Themen</w:t>
      </w:r>
      <w:proofErr w:type="spellEnd"/>
      <w:r>
        <w:t xml:space="preserve">, die auf den </w:t>
      </w:r>
      <w:proofErr w:type="spellStart"/>
      <w:r>
        <w:t>ersten</w:t>
      </w:r>
      <w:proofErr w:type="spellEnd"/>
      <w:r>
        <w:t xml:space="preserve"> Blick </w:t>
      </w:r>
      <w:proofErr w:type="spellStart"/>
      <w:r>
        <w:t>unterschiedlich</w:t>
      </w:r>
      <w:proofErr w:type="spellEnd"/>
      <w:r>
        <w:t xml:space="preserve"> </w:t>
      </w:r>
      <w:proofErr w:type="spellStart"/>
      <w:r>
        <w:t>erscheinen</w:t>
      </w:r>
      <w:proofErr w:type="spellEnd"/>
      <w:r>
        <w:t xml:space="preserve">, </w:t>
      </w:r>
      <w:proofErr w:type="spellStart"/>
      <w:r>
        <w:t>tatsächlich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miteinander</w:t>
      </w:r>
      <w:proofErr w:type="spellEnd"/>
      <w:r>
        <w:t xml:space="preserve"> </w:t>
      </w:r>
      <w:proofErr w:type="spellStart"/>
      <w:r>
        <w:t>verbunden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Es </w:t>
      </w:r>
      <w:proofErr w:type="spellStart"/>
      <w:r>
        <w:t>geht</w:t>
      </w:r>
      <w:proofErr w:type="spellEnd"/>
      <w:r>
        <w:t xml:space="preserve"> um die Frage,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Arbeitszeit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unnötige</w:t>
      </w:r>
      <w:proofErr w:type="spellEnd"/>
      <w:r>
        <w:t xml:space="preserve"> </w:t>
      </w:r>
      <w:proofErr w:type="spellStart"/>
      <w:r>
        <w:t>Umwege</w:t>
      </w:r>
      <w:proofErr w:type="spellEnd"/>
      <w:r>
        <w:t xml:space="preserve"> </w:t>
      </w:r>
      <w:proofErr w:type="spellStart"/>
      <w:r>
        <w:t>verloren</w:t>
      </w:r>
      <w:proofErr w:type="spellEnd"/>
      <w:r>
        <w:t xml:space="preserve"> </w:t>
      </w:r>
      <w:proofErr w:type="spellStart"/>
      <w:r>
        <w:t>geht</w:t>
      </w:r>
      <w:proofErr w:type="spellEnd"/>
      <w:r>
        <w:t xml:space="preserve">. Es </w:t>
      </w:r>
      <w:proofErr w:type="spellStart"/>
      <w:r>
        <w:t>geht</w:t>
      </w:r>
      <w:proofErr w:type="spellEnd"/>
      <w:r>
        <w:t xml:space="preserve"> um </w:t>
      </w:r>
      <w:proofErr w:type="spellStart"/>
      <w:r>
        <w:t>Vertrauen</w:t>
      </w:r>
      <w:proofErr w:type="spellEnd"/>
      <w:r>
        <w:t xml:space="preserve"> und </w:t>
      </w:r>
      <w:proofErr w:type="spellStart"/>
      <w:r>
        <w:t>Führungskultur</w:t>
      </w:r>
      <w:proofErr w:type="spellEnd"/>
      <w:r>
        <w:t xml:space="preserve">. Es </w:t>
      </w:r>
      <w:proofErr w:type="spellStart"/>
      <w:r>
        <w:t>geht</w:t>
      </w:r>
      <w:proofErr w:type="spellEnd"/>
      <w:r>
        <w:t xml:space="preserve"> um </w:t>
      </w:r>
      <w:proofErr w:type="spellStart"/>
      <w:r>
        <w:t>Pilotprojekte</w:t>
      </w:r>
      <w:proofErr w:type="spellEnd"/>
      <w:r>
        <w:t xml:space="preserve">, die </w:t>
      </w:r>
      <w:proofErr w:type="spellStart"/>
      <w:r>
        <w:t>tatsächlich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ermöglichen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Und es </w:t>
      </w:r>
      <w:proofErr w:type="spellStart"/>
      <w:r>
        <w:t>geht</w:t>
      </w:r>
      <w:proofErr w:type="spellEnd"/>
      <w:r>
        <w:t xml:space="preserve"> um die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praktische</w:t>
      </w:r>
      <w:proofErr w:type="spellEnd"/>
      <w:r>
        <w:t xml:space="preserve"> </w:t>
      </w:r>
      <w:proofErr w:type="spellStart"/>
      <w:r>
        <w:t>Erkenntnis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Lösungen</w:t>
      </w:r>
      <w:proofErr w:type="spellEnd"/>
      <w:r>
        <w:t xml:space="preserve"> </w:t>
      </w:r>
      <w:proofErr w:type="spellStart"/>
      <w:r>
        <w:t>meist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, wo die </w:t>
      </w:r>
      <w:proofErr w:type="spellStart"/>
      <w:r>
        <w:t>Erfahrungen</w:t>
      </w:r>
      <w:proofErr w:type="spellEnd"/>
      <w:r>
        <w:t xml:space="preserve"> der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ernst</w:t>
      </w:r>
      <w:proofErr w:type="spellEnd"/>
      <w:r>
        <w:t xml:space="preserve"> </w:t>
      </w:r>
      <w:proofErr w:type="spellStart"/>
      <w:r>
        <w:t>genommen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das die </w:t>
      </w:r>
      <w:proofErr w:type="spellStart"/>
      <w:r>
        <w:t>wichtigste</w:t>
      </w:r>
      <w:proofErr w:type="spellEnd"/>
      <w:r>
        <w:t xml:space="preserve"> </w:t>
      </w:r>
      <w:proofErr w:type="spellStart"/>
      <w:r>
        <w:t>Erkenntnis</w:t>
      </w:r>
      <w:proofErr w:type="spellEnd"/>
      <w:r>
        <w:t xml:space="preserve"> dieses Sommers: Die </w:t>
      </w:r>
      <w:proofErr w:type="spellStart"/>
      <w:r>
        <w:t>Herausforderungen</w:t>
      </w:r>
      <w:proofErr w:type="spellEnd"/>
      <w:r>
        <w:t xml:space="preserve"> der </w:t>
      </w:r>
      <w:proofErr w:type="spellStart"/>
      <w:r>
        <w:t>kommenden</w:t>
      </w:r>
      <w:proofErr w:type="spellEnd"/>
      <w:r>
        <w:t xml:space="preserve"> Jahre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nicht </w:t>
      </w:r>
      <w:proofErr w:type="spellStart"/>
      <w:r>
        <w:t>durch</w:t>
      </w:r>
      <w:proofErr w:type="spellEnd"/>
      <w:r>
        <w:t xml:space="preserve"> immer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Kontrollen</w:t>
      </w:r>
      <w:proofErr w:type="spellEnd"/>
      <w:r>
        <w:t xml:space="preserve"> </w:t>
      </w:r>
      <w:proofErr w:type="spellStart"/>
      <w:r>
        <w:t>lösen</w:t>
      </w:r>
      <w:proofErr w:type="spellEnd"/>
      <w:r>
        <w:t xml:space="preserve">. Nicht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Nachweise</w:t>
      </w:r>
      <w:proofErr w:type="spellEnd"/>
      <w:r>
        <w:t xml:space="preserve">. Nicht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lastRenderedPageBreak/>
        <w:t>längere</w:t>
      </w:r>
      <w:proofErr w:type="spellEnd"/>
      <w:r>
        <w:t xml:space="preserve"> </w:t>
      </w:r>
      <w:proofErr w:type="spellStart"/>
      <w:r>
        <w:t>Arbeitszeiten</w:t>
      </w:r>
      <w:proofErr w:type="spellEnd"/>
      <w:r>
        <w:t xml:space="preserve">. Und </w:t>
      </w:r>
      <w:proofErr w:type="spellStart"/>
      <w:r>
        <w:t>auch</w:t>
      </w:r>
      <w:proofErr w:type="spellEnd"/>
      <w:r>
        <w:t xml:space="preserve"> nicht </w:t>
      </w:r>
      <w:proofErr w:type="spellStart"/>
      <w:r>
        <w:t>dadurch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den Menschen immer </w:t>
      </w:r>
      <w:proofErr w:type="spellStart"/>
      <w:r>
        <w:t>neue</w:t>
      </w:r>
      <w:proofErr w:type="spellEnd"/>
      <w:r>
        <w:t xml:space="preserve"> Jahre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Lebensplanung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Diskussion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. Eine </w:t>
      </w:r>
      <w:proofErr w:type="spellStart"/>
      <w:r>
        <w:t>leistungsfähige</w:t>
      </w:r>
      <w:proofErr w:type="spellEnd"/>
      <w:r>
        <w:t xml:space="preserve"> Justiz </w:t>
      </w:r>
      <w:proofErr w:type="spellStart"/>
      <w:r>
        <w:t>braucht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, </w:t>
      </w:r>
      <w:proofErr w:type="spellStart"/>
      <w:r>
        <w:t>denen</w:t>
      </w:r>
      <w:proofErr w:type="spellEnd"/>
      <w:r>
        <w:t xml:space="preserve"> man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zutraut</w:t>
      </w:r>
      <w:proofErr w:type="spellEnd"/>
      <w:r>
        <w:t xml:space="preserve">.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Risiko,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Voraussetzung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Verantwortung</w:t>
      </w:r>
      <w:proofErr w:type="spellEnd"/>
      <w:r>
        <w:t xml:space="preserve"> </w:t>
      </w:r>
      <w:proofErr w:type="spellStart"/>
      <w:r>
        <w:t>übernommen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In </w:t>
      </w:r>
      <w:proofErr w:type="spellStart"/>
      <w:r>
        <w:t>diesem</w:t>
      </w:r>
      <w:proofErr w:type="spellEnd"/>
      <w:r>
        <w:t xml:space="preserve"> Sinne </w:t>
      </w:r>
      <w:proofErr w:type="spellStart"/>
      <w:r>
        <w:t>wünschen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Ihnen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interessante</w:t>
      </w:r>
      <w:proofErr w:type="spellEnd"/>
      <w:r>
        <w:t xml:space="preserve"> </w:t>
      </w:r>
      <w:proofErr w:type="spellStart"/>
      <w:r>
        <w:t>Lektüre</w:t>
      </w:r>
      <w:proofErr w:type="spellEnd"/>
      <w:r>
        <w:t xml:space="preserve"> der </w:t>
      </w:r>
      <w:proofErr w:type="spellStart"/>
      <w:r>
        <w:t>aktuellen</w:t>
      </w:r>
      <w:proofErr w:type="spellEnd"/>
      <w:r>
        <w:t xml:space="preserve"> Hessen-</w:t>
      </w:r>
      <w:proofErr w:type="spellStart"/>
      <w:r>
        <w:t>Notizen</w:t>
      </w:r>
      <w:proofErr w:type="spellEnd"/>
      <w:r>
        <w:t xml:space="preserve">. </w:t>
      </w:r>
      <w:proofErr w:type="spellStart"/>
      <w:r>
        <w:t>Ihre</w:t>
      </w:r>
      <w:proofErr w:type="spellEnd"/>
      <w:r>
        <w:t xml:space="preserve"> DJG Hessen</w:t>
      </w:r>
    </w:p>
    <w:p w14:paraId="3BEA3E4E" w14:textId="77777777" w:rsidR="00132049" w:rsidRDefault="00000000">
      <w:r>
        <w:br w:type="page"/>
      </w:r>
    </w:p>
    <w:p w14:paraId="2464F773" w14:textId="77777777" w:rsidR="00132049" w:rsidRDefault="00000000">
      <w:pPr>
        <w:pStyle w:val="berschrift1"/>
      </w:pPr>
      <w:r>
        <w:lastRenderedPageBreak/>
        <w:t xml:space="preserve">Ein Buddy </w:t>
      </w:r>
      <w:proofErr w:type="spellStart"/>
      <w:r>
        <w:t>gegen</w:t>
      </w:r>
      <w:proofErr w:type="spellEnd"/>
      <w:r>
        <w:t xml:space="preserve"> das </w:t>
      </w:r>
      <w:proofErr w:type="spellStart"/>
      <w:r>
        <w:t>Abtippen</w:t>
      </w:r>
      <w:proofErr w:type="spellEnd"/>
    </w:p>
    <w:p w14:paraId="5075CAB2" w14:textId="77777777" w:rsidR="00132049" w:rsidRDefault="00000000">
      <w:proofErr w:type="spellStart"/>
      <w:r>
        <w:rPr>
          <w:i/>
        </w:rPr>
        <w:t>Untertitel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BZR</w:t>
      </w:r>
      <w:proofErr w:type="spellEnd"/>
      <w:r>
        <w:rPr>
          <w:i/>
        </w:rPr>
        <w:t xml:space="preserve">-Buddy - </w:t>
      </w:r>
      <w:proofErr w:type="spellStart"/>
      <w:r>
        <w:rPr>
          <w:i/>
        </w:rPr>
        <w:t>Digitalisierung</w:t>
      </w:r>
      <w:proofErr w:type="spellEnd"/>
      <w:r>
        <w:rPr>
          <w:i/>
        </w:rPr>
        <w:t>, die Arbeit spart.</w:t>
      </w:r>
    </w:p>
    <w:p w14:paraId="51EDF949" w14:textId="77777777" w:rsidR="00132049" w:rsidRDefault="00000000">
      <w:r>
        <w:t xml:space="preserve">Am </w:t>
      </w:r>
      <w:proofErr w:type="spellStart"/>
      <w:r>
        <w:t>Amtsgericht</w:t>
      </w:r>
      <w:proofErr w:type="spellEnd"/>
      <w:r>
        <w:t xml:space="preserve"> </w:t>
      </w:r>
      <w:proofErr w:type="spellStart"/>
      <w:r>
        <w:t>Gelnhausen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 mit der IT-Stelle der </w:t>
      </w:r>
      <w:proofErr w:type="spellStart"/>
      <w:r>
        <w:t>hessischen</w:t>
      </w:r>
      <w:proofErr w:type="spellEnd"/>
      <w:r>
        <w:t xml:space="preserve"> Justiz und der </w:t>
      </w:r>
      <w:proofErr w:type="spellStart"/>
      <w:r>
        <w:t>Hessischen</w:t>
      </w:r>
      <w:proofErr w:type="spellEnd"/>
      <w:r>
        <w:t xml:space="preserve"> </w:t>
      </w:r>
      <w:proofErr w:type="spellStart"/>
      <w:r>
        <w:t>Zentrale</w:t>
      </w:r>
      <w:proofErr w:type="spellEnd"/>
      <w:r>
        <w:t xml:space="preserve"> für </w:t>
      </w:r>
      <w:proofErr w:type="spellStart"/>
      <w:r>
        <w:t>Datenverarbeitung</w:t>
      </w:r>
      <w:proofErr w:type="spellEnd"/>
      <w:r>
        <w:t xml:space="preserve"> der </w:t>
      </w:r>
      <w:proofErr w:type="spellStart"/>
      <w:r>
        <w:t>sogenannte</w:t>
      </w:r>
      <w:proofErr w:type="spellEnd"/>
      <w:r>
        <w:t xml:space="preserve"> </w:t>
      </w:r>
      <w:proofErr w:type="spellStart"/>
      <w:r>
        <w:t>BZR</w:t>
      </w:r>
      <w:proofErr w:type="spellEnd"/>
      <w:r>
        <w:t xml:space="preserve">-Buddy </w:t>
      </w:r>
      <w:proofErr w:type="spellStart"/>
      <w:r>
        <w:t>entwickelt</w:t>
      </w:r>
      <w:proofErr w:type="spellEnd"/>
      <w:r>
        <w:t xml:space="preserve"> und für den </w:t>
      </w:r>
      <w:proofErr w:type="spellStart"/>
      <w:r>
        <w:t>landesweiten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 </w:t>
      </w:r>
      <w:proofErr w:type="spellStart"/>
      <w:r>
        <w:t>vorbereitet</w:t>
      </w:r>
      <w:proofErr w:type="spellEnd"/>
      <w:r>
        <w:t xml:space="preserve">. Das </w:t>
      </w:r>
      <w:proofErr w:type="spellStart"/>
      <w:r>
        <w:t>Werkzeug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elektronisch</w:t>
      </w:r>
      <w:proofErr w:type="spellEnd"/>
      <w:r>
        <w:t xml:space="preserve"> </w:t>
      </w:r>
      <w:proofErr w:type="spellStart"/>
      <w:r>
        <w:t>vorliegenden</w:t>
      </w:r>
      <w:proofErr w:type="spellEnd"/>
      <w:r>
        <w:t xml:space="preserve"> </w:t>
      </w:r>
      <w:proofErr w:type="spellStart"/>
      <w:r>
        <w:t>BZR-Auszügen</w:t>
      </w:r>
      <w:proofErr w:type="spellEnd"/>
      <w:r>
        <w:t xml:space="preserve"> </w:t>
      </w:r>
      <w:proofErr w:type="spellStart"/>
      <w:r>
        <w:t>automatisiert</w:t>
      </w:r>
      <w:proofErr w:type="spellEnd"/>
      <w:r>
        <w:t xml:space="preserve"> in </w:t>
      </w:r>
      <w:proofErr w:type="spellStart"/>
      <w:r>
        <w:t>Strafurteile</w:t>
      </w:r>
      <w:proofErr w:type="spellEnd"/>
      <w:r>
        <w:t xml:space="preserve"> </w:t>
      </w:r>
      <w:proofErr w:type="spellStart"/>
      <w:r>
        <w:t>übernehmen</w:t>
      </w:r>
      <w:proofErr w:type="spellEnd"/>
      <w:r>
        <w:t xml:space="preserve">. </w:t>
      </w:r>
      <w:proofErr w:type="spellStart"/>
      <w:r>
        <w:t>Bislang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teilweise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von Hand </w:t>
      </w:r>
      <w:proofErr w:type="spellStart"/>
      <w:r>
        <w:t>übertragen</w:t>
      </w:r>
      <w:proofErr w:type="spellEnd"/>
      <w:r>
        <w:t xml:space="preserve">. Das </w:t>
      </w:r>
      <w:proofErr w:type="spellStart"/>
      <w:r>
        <w:t>kostet</w:t>
      </w:r>
      <w:proofErr w:type="spellEnd"/>
      <w:r>
        <w:t xml:space="preserve"> Zeit und </w:t>
      </w:r>
      <w:proofErr w:type="spellStart"/>
      <w:r>
        <w:t>erhöht</w:t>
      </w:r>
      <w:proofErr w:type="spellEnd"/>
      <w:r>
        <w:t xml:space="preserve"> das </w:t>
      </w:r>
      <w:proofErr w:type="spellStart"/>
      <w:r>
        <w:t>Fehlerrisiko</w:t>
      </w:r>
      <w:proofErr w:type="spellEnd"/>
      <w:r>
        <w:t xml:space="preserve">,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umfangreichen</w:t>
      </w:r>
      <w:proofErr w:type="spellEnd"/>
      <w:r>
        <w:t xml:space="preserve"> </w:t>
      </w:r>
      <w:proofErr w:type="spellStart"/>
      <w:r>
        <w:t>BZR-Auszügen</w:t>
      </w:r>
      <w:proofErr w:type="spellEnd"/>
      <w:r>
        <w:t xml:space="preserve">. Die Idee </w:t>
      </w:r>
      <w:proofErr w:type="spellStart"/>
      <w:r>
        <w:t>stammt</w:t>
      </w:r>
      <w:proofErr w:type="spellEnd"/>
      <w:r>
        <w:t xml:space="preserve"> von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hessischen</w:t>
      </w:r>
      <w:proofErr w:type="spellEnd"/>
      <w:r>
        <w:t xml:space="preserve"> </w:t>
      </w:r>
      <w:proofErr w:type="spellStart"/>
      <w:r>
        <w:t>Strafrichter</w:t>
      </w:r>
      <w:proofErr w:type="spellEnd"/>
      <w:r>
        <w:t xml:space="preserve"> und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Praxis </w:t>
      </w:r>
      <w:proofErr w:type="spellStart"/>
      <w:r>
        <w:t>heraus</w:t>
      </w:r>
      <w:proofErr w:type="spellEnd"/>
      <w:r>
        <w:t xml:space="preserve"> </w:t>
      </w:r>
      <w:proofErr w:type="spellStart"/>
      <w:r>
        <w:t>entstanden</w:t>
      </w:r>
      <w:proofErr w:type="spellEnd"/>
      <w:r>
        <w:t xml:space="preserve">. Der Ansatz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angenehm</w:t>
      </w:r>
      <w:proofErr w:type="spellEnd"/>
      <w:r>
        <w:t xml:space="preserve"> </w:t>
      </w:r>
      <w:proofErr w:type="spellStart"/>
      <w:r>
        <w:t>überschaubar</w:t>
      </w:r>
      <w:proofErr w:type="spellEnd"/>
      <w:r>
        <w:t xml:space="preserve">: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konkretes</w:t>
      </w:r>
      <w:proofErr w:type="spellEnd"/>
      <w:r>
        <w:t xml:space="preserve"> Problem,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klar</w:t>
      </w:r>
      <w:proofErr w:type="spellEnd"/>
      <w:r>
        <w:t xml:space="preserve"> </w:t>
      </w:r>
      <w:proofErr w:type="spellStart"/>
      <w:r>
        <w:t>begrenztes</w:t>
      </w:r>
      <w:proofErr w:type="spellEnd"/>
      <w:r>
        <w:t xml:space="preserve"> </w:t>
      </w:r>
      <w:proofErr w:type="spellStart"/>
      <w:r>
        <w:t>Werkzeug</w:t>
      </w:r>
      <w:proofErr w:type="spellEnd"/>
      <w:r>
        <w:t xml:space="preserve"> und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Nutzen</w:t>
      </w:r>
      <w:proofErr w:type="spellEnd"/>
      <w:r>
        <w:t xml:space="preserve">, der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Arbeitsalltag</w:t>
      </w:r>
      <w:proofErr w:type="spellEnd"/>
      <w:r>
        <w:t xml:space="preserve"> </w:t>
      </w:r>
      <w:proofErr w:type="spellStart"/>
      <w:r>
        <w:t>zeigen</w:t>
      </w:r>
      <w:proofErr w:type="spellEnd"/>
      <w:r>
        <w:t xml:space="preserve"> muss. Nach </w:t>
      </w:r>
      <w:proofErr w:type="spellStart"/>
      <w:r>
        <w:t>Angaben</w:t>
      </w:r>
      <w:proofErr w:type="spellEnd"/>
      <w:r>
        <w:t xml:space="preserve"> des </w:t>
      </w:r>
      <w:proofErr w:type="spellStart"/>
      <w:r>
        <w:t>Justizministeriums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der </w:t>
      </w:r>
      <w:proofErr w:type="spellStart"/>
      <w:r>
        <w:t>BZRBuddy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Übertragungsfehler</w:t>
      </w:r>
      <w:proofErr w:type="spellEnd"/>
      <w:r>
        <w:t xml:space="preserve"> </w:t>
      </w:r>
      <w:proofErr w:type="spellStart"/>
      <w:r>
        <w:t>vermeiden</w:t>
      </w:r>
      <w:proofErr w:type="spellEnd"/>
      <w:r>
        <w:t xml:space="preserve">, die </w:t>
      </w:r>
      <w:proofErr w:type="spellStart"/>
      <w:r>
        <w:t>später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aufwendiges</w:t>
      </w:r>
      <w:proofErr w:type="spellEnd"/>
      <w:r>
        <w:t xml:space="preserve"> </w:t>
      </w:r>
      <w:proofErr w:type="spellStart"/>
      <w:r>
        <w:t>Berichtigungsverfahren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ziehen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Der </w:t>
      </w:r>
      <w:proofErr w:type="spellStart"/>
      <w:r>
        <w:t>Einsatz</w:t>
      </w:r>
      <w:proofErr w:type="spellEnd"/>
      <w:r>
        <w:t xml:space="preserve"> an </w:t>
      </w:r>
      <w:proofErr w:type="spellStart"/>
      <w:r>
        <w:t>weiteren</w:t>
      </w:r>
      <w:proofErr w:type="spellEnd"/>
      <w:r>
        <w:t xml:space="preserve"> </w:t>
      </w:r>
      <w:proofErr w:type="spellStart"/>
      <w:r>
        <w:t>hessischen</w:t>
      </w:r>
      <w:proofErr w:type="spellEnd"/>
      <w:r>
        <w:t xml:space="preserve"> </w:t>
      </w:r>
      <w:proofErr w:type="spellStart"/>
      <w:r>
        <w:t>Gerichten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vorgesehen</w:t>
      </w:r>
      <w:proofErr w:type="spellEnd"/>
      <w:r>
        <w:t xml:space="preserve">. Ob </w:t>
      </w:r>
      <w:proofErr w:type="spellStart"/>
      <w:r>
        <w:t>sich</w:t>
      </w:r>
      <w:proofErr w:type="spellEnd"/>
      <w:r>
        <w:t xml:space="preserve"> das </w:t>
      </w:r>
      <w:proofErr w:type="spellStart"/>
      <w:r>
        <w:t>Werkzeug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Alltag</w:t>
      </w:r>
      <w:proofErr w:type="spellEnd"/>
      <w:r>
        <w:t xml:space="preserve"> </w:t>
      </w:r>
      <w:proofErr w:type="spellStart"/>
      <w:r>
        <w:t>bewährt</w:t>
      </w:r>
      <w:proofErr w:type="spellEnd"/>
      <w:r>
        <w:t xml:space="preserve">,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zeigen</w:t>
      </w:r>
      <w:proofErr w:type="spellEnd"/>
      <w:r>
        <w:t xml:space="preserve">. </w:t>
      </w:r>
      <w:proofErr w:type="spellStart"/>
      <w:r>
        <w:t>Entscheidend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nicht,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überzeugend</w:t>
      </w:r>
      <w:proofErr w:type="spellEnd"/>
      <w:r>
        <w:t xml:space="preserve"> es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Präsentation</w:t>
      </w:r>
      <w:proofErr w:type="spellEnd"/>
      <w:r>
        <w:t xml:space="preserve"> </w:t>
      </w:r>
      <w:proofErr w:type="spellStart"/>
      <w:r>
        <w:t>aussieht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ob</w:t>
      </w:r>
      <w:proofErr w:type="spellEnd"/>
      <w:r>
        <w:t xml:space="preserve"> es </w:t>
      </w:r>
      <w:proofErr w:type="spellStart"/>
      <w:r>
        <w:t>zuverlässig</w:t>
      </w:r>
      <w:proofErr w:type="spellEnd"/>
      <w:r>
        <w:t xml:space="preserve"> </w:t>
      </w:r>
      <w:proofErr w:type="spellStart"/>
      <w:r>
        <w:t>funktioniert</w:t>
      </w:r>
      <w:proofErr w:type="spellEnd"/>
      <w:r>
        <w:t xml:space="preserve"> und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vernünftig</w:t>
      </w:r>
      <w:proofErr w:type="spellEnd"/>
      <w:r>
        <w:t xml:space="preserve"> in die </w:t>
      </w:r>
      <w:proofErr w:type="spellStart"/>
      <w:r>
        <w:t>bestehenden</w:t>
      </w:r>
      <w:proofErr w:type="spellEnd"/>
      <w:r>
        <w:t xml:space="preserve"> </w:t>
      </w:r>
      <w:proofErr w:type="spellStart"/>
      <w:r>
        <w:t>Arbeitsabläufe</w:t>
      </w:r>
      <w:proofErr w:type="spellEnd"/>
      <w:r>
        <w:t xml:space="preserve"> </w:t>
      </w:r>
      <w:proofErr w:type="spellStart"/>
      <w:r>
        <w:t>einfügt</w:t>
      </w:r>
      <w:proofErr w:type="spellEnd"/>
      <w:r>
        <w:t xml:space="preserve">. Denn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Lösung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Nutzen</w:t>
      </w:r>
      <w:proofErr w:type="spellEnd"/>
      <w:r>
        <w:t xml:space="preserve"> schnell </w:t>
      </w:r>
      <w:proofErr w:type="spellStart"/>
      <w:r>
        <w:t>verlieren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Anwendung</w:t>
      </w:r>
      <w:proofErr w:type="spellEnd"/>
      <w:r>
        <w:t xml:space="preserve"> </w:t>
      </w:r>
      <w:proofErr w:type="spellStart"/>
      <w:r>
        <w:t>komplizierter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die </w:t>
      </w:r>
      <w:proofErr w:type="spellStart"/>
      <w:r>
        <w:t>bisherige</w:t>
      </w:r>
      <w:proofErr w:type="spellEnd"/>
      <w:r>
        <w:t xml:space="preserve"> Arbeit. Der Ansatz </w:t>
      </w:r>
      <w:proofErr w:type="spellStart"/>
      <w:r>
        <w:t>stimmt</w:t>
      </w:r>
      <w:proofErr w:type="spellEnd"/>
      <w:r>
        <w:t xml:space="preserve"> </w:t>
      </w:r>
      <w:proofErr w:type="spellStart"/>
      <w:r>
        <w:t>jedenfalls</w:t>
      </w:r>
      <w:proofErr w:type="spellEnd"/>
      <w:r>
        <w:t xml:space="preserve">: Eine </w:t>
      </w:r>
      <w:proofErr w:type="spellStart"/>
      <w:r>
        <w:t>lästige</w:t>
      </w:r>
      <w:proofErr w:type="spellEnd"/>
      <w:r>
        <w:t xml:space="preserve"> und </w:t>
      </w:r>
      <w:proofErr w:type="spellStart"/>
      <w:r>
        <w:t>fehleranfällige</w:t>
      </w:r>
      <w:proofErr w:type="spellEnd"/>
      <w:r>
        <w:t xml:space="preserve"> </w:t>
      </w:r>
      <w:proofErr w:type="spellStart"/>
      <w:r>
        <w:t>Routinetätigkeit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technisch</w:t>
      </w:r>
      <w:proofErr w:type="spellEnd"/>
      <w:r>
        <w:t xml:space="preserve"> </w:t>
      </w:r>
      <w:proofErr w:type="spellStart"/>
      <w:r>
        <w:t>unterstützt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Genau</w:t>
      </w:r>
      <w:proofErr w:type="spellEnd"/>
      <w:r>
        <w:t xml:space="preserve"> für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Digitalisierung</w:t>
      </w:r>
      <w:proofErr w:type="spellEnd"/>
      <w:r>
        <w:t xml:space="preserve"> </w:t>
      </w:r>
      <w:proofErr w:type="spellStart"/>
      <w:r>
        <w:t>gedacht</w:t>
      </w:r>
      <w:proofErr w:type="spellEnd"/>
      <w:r>
        <w:t xml:space="preserve">. Man muss nicht </w:t>
      </w:r>
      <w:proofErr w:type="spellStart"/>
      <w:r>
        <w:t>jedes</w:t>
      </w:r>
      <w:proofErr w:type="spellEnd"/>
      <w:r>
        <w:t xml:space="preserve"> Mal die </w:t>
      </w:r>
      <w:proofErr w:type="spellStart"/>
      <w:r>
        <w:t>gesamte</w:t>
      </w:r>
      <w:proofErr w:type="spellEnd"/>
      <w:r>
        <w:t xml:space="preserve"> Justiz neu </w:t>
      </w:r>
      <w:proofErr w:type="spellStart"/>
      <w:r>
        <w:t>erfinden</w:t>
      </w:r>
      <w:proofErr w:type="spellEnd"/>
      <w:r>
        <w:t xml:space="preserve">. </w:t>
      </w:r>
      <w:proofErr w:type="spellStart"/>
      <w:r>
        <w:t>Manchmal</w:t>
      </w:r>
      <w:proofErr w:type="spellEnd"/>
      <w:r>
        <w:t xml:space="preserve"> </w:t>
      </w:r>
      <w:proofErr w:type="spellStart"/>
      <w:r>
        <w:t>reicht</w:t>
      </w:r>
      <w:proofErr w:type="spellEnd"/>
      <w:r>
        <w:t xml:space="preserve"> es </w:t>
      </w:r>
      <w:proofErr w:type="spellStart"/>
      <w:r>
        <w:t>schon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konkrete</w:t>
      </w:r>
      <w:proofErr w:type="spellEnd"/>
      <w:r>
        <w:t xml:space="preserve"> Arbeit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kleines</w:t>
      </w:r>
      <w:proofErr w:type="spellEnd"/>
      <w:r>
        <w:t xml:space="preserve"> Stück </w:t>
      </w:r>
      <w:proofErr w:type="spellStart"/>
      <w:r>
        <w:t>einfacher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machen</w:t>
      </w:r>
      <w:proofErr w:type="spellEnd"/>
      <w:r>
        <w:t>.</w:t>
      </w:r>
    </w:p>
    <w:p w14:paraId="31815191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 xml:space="preserve">Ein Monitor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schematisch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BZR-Auszug</w:t>
      </w:r>
      <w:proofErr w:type="spellEnd"/>
      <w:r>
        <w:t xml:space="preserve"> </w:t>
      </w:r>
      <w:proofErr w:type="spellStart"/>
      <w:r>
        <w:t>automatisch</w:t>
      </w:r>
      <w:proofErr w:type="spellEnd"/>
      <w:r>
        <w:t xml:space="preserve"> in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Urteil</w:t>
      </w:r>
      <w:proofErr w:type="spellEnd"/>
      <w:r>
        <w:t xml:space="preserve"> </w:t>
      </w:r>
      <w:proofErr w:type="spellStart"/>
      <w:r>
        <w:t>übernommen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Daneben </w:t>
      </w:r>
      <w:proofErr w:type="spellStart"/>
      <w:r>
        <w:t>liegen</w:t>
      </w:r>
      <w:proofErr w:type="spellEnd"/>
      <w:r>
        <w:t xml:space="preserve"> </w:t>
      </w:r>
      <w:proofErr w:type="spellStart"/>
      <w:r>
        <w:t>Aktenstapel</w:t>
      </w:r>
      <w:proofErr w:type="spellEnd"/>
      <w:r>
        <w:t xml:space="preserve"> und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Strafgesetzbuch</w:t>
      </w:r>
      <w:proofErr w:type="spellEnd"/>
      <w:r>
        <w:t>.</w:t>
      </w:r>
    </w:p>
    <w:p w14:paraId="4922FEAB" w14:textId="77777777" w:rsidR="00132049" w:rsidRDefault="00000000">
      <w:r>
        <w:br w:type="page"/>
      </w:r>
    </w:p>
    <w:p w14:paraId="5E90BB8A" w14:textId="77777777" w:rsidR="00132049" w:rsidRDefault="00000000">
      <w:pPr>
        <w:pStyle w:val="berschrift1"/>
      </w:pPr>
      <w:proofErr w:type="spellStart"/>
      <w:r>
        <w:lastRenderedPageBreak/>
        <w:t>Arbeiten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für den </w:t>
      </w:r>
      <w:proofErr w:type="spellStart"/>
      <w:r>
        <w:t>Mülleimer</w:t>
      </w:r>
      <w:proofErr w:type="spellEnd"/>
      <w:r>
        <w:t>?</w:t>
      </w:r>
    </w:p>
    <w:p w14:paraId="717779AB" w14:textId="77777777" w:rsidR="00132049" w:rsidRDefault="00000000">
      <w:proofErr w:type="spellStart"/>
      <w:r>
        <w:rPr>
          <w:i/>
        </w:rPr>
        <w:t>Untertitel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Warum</w:t>
      </w:r>
      <w:proofErr w:type="spellEnd"/>
      <w:r>
        <w:rPr>
          <w:i/>
        </w:rPr>
        <w:t xml:space="preserve"> in der Justiz nicht der </w:t>
      </w:r>
      <w:proofErr w:type="spellStart"/>
      <w:r>
        <w:rPr>
          <w:i/>
        </w:rPr>
        <w:t>Fleiß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fehlt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sondern</w:t>
      </w:r>
      <w:proofErr w:type="spellEnd"/>
      <w:r>
        <w:rPr>
          <w:i/>
        </w:rPr>
        <w:t xml:space="preserve"> Zeit oft in </w:t>
      </w:r>
      <w:proofErr w:type="spellStart"/>
      <w:r>
        <w:rPr>
          <w:i/>
        </w:rPr>
        <w:t>Umwegen</w:t>
      </w:r>
      <w:proofErr w:type="spellEnd"/>
      <w:r>
        <w:rPr>
          <w:i/>
        </w:rPr>
        <w:t xml:space="preserve"> und </w:t>
      </w:r>
      <w:proofErr w:type="spellStart"/>
      <w:r>
        <w:rPr>
          <w:i/>
        </w:rPr>
        <w:t>Doppelarbeit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verschwindet</w:t>
      </w:r>
      <w:proofErr w:type="spellEnd"/>
      <w:r>
        <w:rPr>
          <w:i/>
        </w:rPr>
        <w:t>.</w:t>
      </w:r>
    </w:p>
    <w:p w14:paraId="4224AF97" w14:textId="1DA50B85" w:rsidR="00132049" w:rsidRDefault="00000000">
      <w:r>
        <w:t xml:space="preserve">6 DJG Landesverband Hessen e.V. In Deutschland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diskutiert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Mehr Stunden,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,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Leistung</w:t>
      </w:r>
      <w:proofErr w:type="spellEnd"/>
      <w:r>
        <w:t xml:space="preserve">. Das </w:t>
      </w:r>
      <w:proofErr w:type="spellStart"/>
      <w:r>
        <w:t>klingt</w:t>
      </w:r>
      <w:proofErr w:type="spellEnd"/>
      <w:r>
        <w:t xml:space="preserve"> </w:t>
      </w:r>
      <w:proofErr w:type="spellStart"/>
      <w:r>
        <w:t>zunächst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Tatkraft</w:t>
      </w:r>
      <w:proofErr w:type="spellEnd"/>
      <w:r>
        <w:t xml:space="preserve">. Nach </w:t>
      </w:r>
      <w:proofErr w:type="spellStart"/>
      <w:r>
        <w:t>Fleiß</w:t>
      </w:r>
      <w:proofErr w:type="spellEnd"/>
      <w:r>
        <w:t>. Nach „</w:t>
      </w:r>
      <w:proofErr w:type="spellStart"/>
      <w:r>
        <w:t>Ärmel</w:t>
      </w:r>
      <w:proofErr w:type="spellEnd"/>
      <w:r>
        <w:t xml:space="preserve"> </w:t>
      </w:r>
      <w:proofErr w:type="spellStart"/>
      <w:r>
        <w:t>hoch</w:t>
      </w:r>
      <w:proofErr w:type="spellEnd"/>
      <w:r>
        <w:t xml:space="preserve">“. Nach der </w:t>
      </w:r>
      <w:proofErr w:type="spellStart"/>
      <w:r>
        <w:t>guten</w:t>
      </w:r>
      <w:proofErr w:type="spellEnd"/>
      <w:r>
        <w:t xml:space="preserve"> </w:t>
      </w:r>
      <w:proofErr w:type="spellStart"/>
      <w:r>
        <w:t>alten</w:t>
      </w:r>
      <w:proofErr w:type="spellEnd"/>
      <w:r>
        <w:t xml:space="preserve"> </w:t>
      </w:r>
      <w:proofErr w:type="spellStart"/>
      <w:r>
        <w:t>Vorstellung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man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löst</w:t>
      </w:r>
      <w:proofErr w:type="spellEnd"/>
      <w:r>
        <w:t xml:space="preserve">, </w:t>
      </w:r>
      <w:proofErr w:type="spellStart"/>
      <w:r>
        <w:t>indem</w:t>
      </w:r>
      <w:proofErr w:type="spellEnd"/>
      <w:r>
        <w:t xml:space="preserve"> man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Schippe</w:t>
      </w:r>
      <w:proofErr w:type="spellEnd"/>
      <w:r>
        <w:t xml:space="preserve"> </w:t>
      </w:r>
      <w:proofErr w:type="spellStart"/>
      <w:r>
        <w:t>drauflegt</w:t>
      </w:r>
      <w:proofErr w:type="spellEnd"/>
      <w:r>
        <w:t xml:space="preserve">. Nur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ziemlich</w:t>
      </w:r>
      <w:proofErr w:type="spellEnd"/>
      <w:r>
        <w:t xml:space="preserve"> </w:t>
      </w:r>
      <w:proofErr w:type="spellStart"/>
      <w:r>
        <w:t>wichtige</w:t>
      </w:r>
      <w:proofErr w:type="spellEnd"/>
      <w:r>
        <w:t xml:space="preserve"> Frage </w:t>
      </w:r>
      <w:proofErr w:type="spellStart"/>
      <w:r>
        <w:t>übersprungen</w:t>
      </w:r>
      <w:proofErr w:type="spellEnd"/>
      <w:r>
        <w:t xml:space="preserve">: Was </w:t>
      </w:r>
      <w:proofErr w:type="spellStart"/>
      <w:r>
        <w:t>machen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mit der </w:t>
      </w:r>
      <w:proofErr w:type="spellStart"/>
      <w:r>
        <w:t>Arbeitszeit</w:t>
      </w:r>
      <w:proofErr w:type="spellEnd"/>
      <w:r>
        <w:t xml:space="preserve">, die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geleistet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? </w:t>
      </w:r>
      <w:proofErr w:type="spellStart"/>
      <w:r>
        <w:t>Wer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in der Justiz </w:t>
      </w:r>
      <w:proofErr w:type="spellStart"/>
      <w:r>
        <w:t>umsieht</w:t>
      </w:r>
      <w:proofErr w:type="spellEnd"/>
      <w:r>
        <w:t xml:space="preserve">, </w:t>
      </w:r>
      <w:proofErr w:type="spellStart"/>
      <w:r>
        <w:t>bekommt</w:t>
      </w:r>
      <w:proofErr w:type="spellEnd"/>
      <w:r>
        <w:t xml:space="preserve"> </w:t>
      </w:r>
      <w:proofErr w:type="spellStart"/>
      <w:r>
        <w:t>jedenfalls</w:t>
      </w:r>
      <w:proofErr w:type="spellEnd"/>
      <w:r>
        <w:t xml:space="preserve"> nicht den Eindruck,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wenig</w:t>
      </w:r>
      <w:proofErr w:type="spellEnd"/>
      <w:r>
        <w:t xml:space="preserve"> </w:t>
      </w:r>
      <w:proofErr w:type="spellStart"/>
      <w:r>
        <w:t>gearbeitet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Gegenteil</w:t>
      </w:r>
      <w:proofErr w:type="spellEnd"/>
      <w:r>
        <w:t xml:space="preserve">. Es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geschrieben</w:t>
      </w:r>
      <w:proofErr w:type="spellEnd"/>
      <w:r>
        <w:t xml:space="preserve">, </w:t>
      </w:r>
      <w:proofErr w:type="spellStart"/>
      <w:r>
        <w:t>geladen</w:t>
      </w:r>
      <w:proofErr w:type="spellEnd"/>
      <w:r>
        <w:t xml:space="preserve">, </w:t>
      </w:r>
      <w:proofErr w:type="spellStart"/>
      <w:r>
        <w:t>gescannt</w:t>
      </w:r>
      <w:proofErr w:type="spellEnd"/>
      <w:r>
        <w:t xml:space="preserve">, </w:t>
      </w:r>
      <w:proofErr w:type="spellStart"/>
      <w:r>
        <w:t>protokolliert</w:t>
      </w:r>
      <w:proofErr w:type="spellEnd"/>
      <w:r>
        <w:t xml:space="preserve">, </w:t>
      </w:r>
      <w:proofErr w:type="spellStart"/>
      <w:r>
        <w:t>telefoniert</w:t>
      </w:r>
      <w:proofErr w:type="spellEnd"/>
      <w:r>
        <w:t xml:space="preserve">, </w:t>
      </w:r>
      <w:proofErr w:type="spellStart"/>
      <w:r>
        <w:t>sortiert</w:t>
      </w:r>
      <w:proofErr w:type="spellEnd"/>
      <w:r>
        <w:t xml:space="preserve">, </w:t>
      </w:r>
      <w:proofErr w:type="spellStart"/>
      <w:r>
        <w:t>kontrolliert</w:t>
      </w:r>
      <w:proofErr w:type="spellEnd"/>
      <w:r>
        <w:t xml:space="preserve">, </w:t>
      </w:r>
      <w:proofErr w:type="spellStart"/>
      <w:r>
        <w:t>geprüft</w:t>
      </w:r>
      <w:proofErr w:type="spellEnd"/>
      <w:r>
        <w:t xml:space="preserve">, </w:t>
      </w:r>
      <w:proofErr w:type="spellStart"/>
      <w:r>
        <w:t>ausgedruckt</w:t>
      </w:r>
      <w:proofErr w:type="spellEnd"/>
      <w:r>
        <w:t xml:space="preserve">,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eingescannt</w:t>
      </w:r>
      <w:proofErr w:type="spellEnd"/>
      <w:r>
        <w:t xml:space="preserve">, </w:t>
      </w:r>
      <w:proofErr w:type="spellStart"/>
      <w:r>
        <w:t>weitergeleitet</w:t>
      </w:r>
      <w:proofErr w:type="spellEnd"/>
      <w:r>
        <w:t xml:space="preserve"> und </w:t>
      </w:r>
      <w:proofErr w:type="spellStart"/>
      <w:r>
        <w:t>dokumentiert</w:t>
      </w:r>
      <w:proofErr w:type="spellEnd"/>
      <w:r>
        <w:t xml:space="preserve">. In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Bereichen</w:t>
      </w:r>
      <w:proofErr w:type="spellEnd"/>
      <w:r>
        <w:t xml:space="preserve"> der Justiz </w:t>
      </w:r>
      <w:proofErr w:type="spellStart"/>
      <w:r>
        <w:t>läuft</w:t>
      </w:r>
      <w:proofErr w:type="spellEnd"/>
      <w:r>
        <w:t xml:space="preserve"> der </w:t>
      </w:r>
      <w:proofErr w:type="spellStart"/>
      <w:r>
        <w:t>Betrieb</w:t>
      </w:r>
      <w:proofErr w:type="spellEnd"/>
      <w:r>
        <w:t xml:space="preserve"> nicht </w:t>
      </w:r>
      <w:proofErr w:type="spellStart"/>
      <w:r>
        <w:t>deshalb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die </w:t>
      </w:r>
      <w:proofErr w:type="spellStart"/>
      <w:r>
        <w:t>Abläufe</w:t>
      </w:r>
      <w:proofErr w:type="spellEnd"/>
      <w:r>
        <w:t xml:space="preserve"> immer so wunderbar </w:t>
      </w:r>
      <w:proofErr w:type="spellStart"/>
      <w:r>
        <w:t>durchdacht</w:t>
      </w:r>
      <w:proofErr w:type="spellEnd"/>
      <w:r>
        <w:t xml:space="preserve"> </w:t>
      </w:r>
      <w:proofErr w:type="spellStart"/>
      <w:r>
        <w:t>wären</w:t>
      </w:r>
      <w:proofErr w:type="spellEnd"/>
      <w:r>
        <w:t xml:space="preserve">. Er </w:t>
      </w:r>
      <w:proofErr w:type="spellStart"/>
      <w:r>
        <w:t>läuft</w:t>
      </w:r>
      <w:proofErr w:type="spellEnd"/>
      <w:r>
        <w:t xml:space="preserve"> oft,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täglich</w:t>
      </w:r>
      <w:proofErr w:type="spellEnd"/>
      <w:r>
        <w:t xml:space="preserve"> </w:t>
      </w:r>
      <w:proofErr w:type="spellStart"/>
      <w:r>
        <w:t>ausgleichen</w:t>
      </w:r>
      <w:proofErr w:type="spellEnd"/>
      <w:r>
        <w:t xml:space="preserve">, was </w:t>
      </w:r>
      <w:proofErr w:type="spellStart"/>
      <w:r>
        <w:t>organisatorisch</w:t>
      </w:r>
      <w:proofErr w:type="spellEnd"/>
      <w:r>
        <w:t xml:space="preserve"> nicht </w:t>
      </w:r>
      <w:proofErr w:type="spellStart"/>
      <w:r>
        <w:t>sauber</w:t>
      </w:r>
      <w:proofErr w:type="spellEnd"/>
      <w:r>
        <w:t xml:space="preserve"> </w:t>
      </w:r>
      <w:proofErr w:type="spellStart"/>
      <w:r>
        <w:t>geregelt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Viele </w:t>
      </w:r>
      <w:proofErr w:type="spellStart"/>
      <w:r>
        <w:t>Beschäftigte</w:t>
      </w:r>
      <w:proofErr w:type="spellEnd"/>
      <w:r>
        <w:t xml:space="preserve"> in der Justiz </w:t>
      </w:r>
      <w:proofErr w:type="spellStart"/>
      <w:r>
        <w:t>erleben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anderes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die </w:t>
      </w:r>
      <w:proofErr w:type="spellStart"/>
      <w:r>
        <w:t>öffentliche</w:t>
      </w:r>
      <w:proofErr w:type="spellEnd"/>
      <w:r>
        <w:t xml:space="preserve"> </w:t>
      </w:r>
      <w:proofErr w:type="spellStart"/>
      <w:r>
        <w:t>Debatte</w:t>
      </w:r>
      <w:proofErr w:type="spellEnd"/>
      <w:r>
        <w:t xml:space="preserve"> </w:t>
      </w:r>
      <w:proofErr w:type="spellStart"/>
      <w:r>
        <w:t>vermuten</w:t>
      </w:r>
      <w:proofErr w:type="spellEnd"/>
      <w:r>
        <w:t xml:space="preserve"> lässt: Sie </w:t>
      </w:r>
      <w:proofErr w:type="spellStart"/>
      <w:r>
        <w:t>arbeiten</w:t>
      </w:r>
      <w:proofErr w:type="spellEnd"/>
      <w:r>
        <w:t xml:space="preserve"> nicht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wenig</w:t>
      </w:r>
      <w:proofErr w:type="spellEnd"/>
      <w:r>
        <w:t xml:space="preserve">. Sie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oft an </w:t>
      </w:r>
      <w:proofErr w:type="spellStart"/>
      <w:r>
        <w:t>Dingen</w:t>
      </w:r>
      <w:proofErr w:type="spellEnd"/>
      <w:r>
        <w:t xml:space="preserve">, die </w:t>
      </w:r>
      <w:proofErr w:type="spellStart"/>
      <w:r>
        <w:t>niemandem</w:t>
      </w:r>
      <w:proofErr w:type="spellEnd"/>
      <w:r>
        <w:t xml:space="preserve"> </w:t>
      </w:r>
      <w:proofErr w:type="spellStart"/>
      <w:r>
        <w:t>wirklich</w:t>
      </w:r>
      <w:proofErr w:type="spellEnd"/>
      <w:r>
        <w:t xml:space="preserve"> </w:t>
      </w:r>
      <w:proofErr w:type="spellStart"/>
      <w:r>
        <w:t>helfen</w:t>
      </w:r>
      <w:proofErr w:type="spellEnd"/>
      <w:r>
        <w:t xml:space="preserve"> - und </w:t>
      </w:r>
      <w:proofErr w:type="spellStart"/>
      <w:r>
        <w:t>leisten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am Ende </w:t>
      </w:r>
      <w:proofErr w:type="spellStart"/>
      <w:r>
        <w:t>unsichtbar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.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tippen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doppelt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?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Listen </w:t>
      </w:r>
      <w:proofErr w:type="spellStart"/>
      <w:r>
        <w:t>geführt</w:t>
      </w:r>
      <w:proofErr w:type="spellEnd"/>
      <w:r>
        <w:t xml:space="preserve">, die </w:t>
      </w:r>
      <w:proofErr w:type="spellStart"/>
      <w:r>
        <w:t>niemand</w:t>
      </w:r>
      <w:proofErr w:type="spellEnd"/>
      <w:r>
        <w:t xml:space="preserve"> </w:t>
      </w:r>
      <w:proofErr w:type="spellStart"/>
      <w:r>
        <w:t>auswertet</w:t>
      </w:r>
      <w:proofErr w:type="spellEnd"/>
      <w:r>
        <w:t xml:space="preserve">? </w:t>
      </w:r>
      <w:proofErr w:type="spellStart"/>
      <w:r>
        <w:t>Warum</w:t>
      </w:r>
      <w:proofErr w:type="spellEnd"/>
      <w:r>
        <w:t xml:space="preserve"> muss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Umstellung</w:t>
      </w:r>
      <w:proofErr w:type="spellEnd"/>
      <w:r>
        <w:t xml:space="preserve"> erst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Arbeit </w:t>
      </w:r>
      <w:proofErr w:type="spellStart"/>
      <w:r>
        <w:t>machen</w:t>
      </w:r>
      <w:proofErr w:type="spellEnd"/>
      <w:r>
        <w:t xml:space="preserve">, bevor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irgendwann</w:t>
      </w:r>
      <w:proofErr w:type="spellEnd"/>
      <w:r>
        <w:t xml:space="preserve"> </w:t>
      </w:r>
      <w:proofErr w:type="spellStart"/>
      <w:r>
        <w:t>vielleicht</w:t>
      </w:r>
      <w:proofErr w:type="spellEnd"/>
      <w:r>
        <w:t xml:space="preserve"> Arbeit spart?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Serviceeinheiten</w:t>
      </w:r>
      <w:proofErr w:type="spellEnd"/>
      <w:r>
        <w:t xml:space="preserve"> und </w:t>
      </w:r>
      <w:proofErr w:type="spellStart"/>
      <w:r>
        <w:t>Wachtmeistereien</w:t>
      </w:r>
      <w:proofErr w:type="spellEnd"/>
      <w:r>
        <w:t xml:space="preserve"> immer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Auffangbecken für </w:t>
      </w:r>
      <w:proofErr w:type="spellStart"/>
      <w:r>
        <w:t>alles</w:t>
      </w:r>
      <w:proofErr w:type="spellEnd"/>
      <w:r>
        <w:t xml:space="preserve">, was </w:t>
      </w:r>
      <w:proofErr w:type="spellStart"/>
      <w:r>
        <w:t>vorher</w:t>
      </w:r>
      <w:proofErr w:type="spellEnd"/>
      <w:r>
        <w:t xml:space="preserve"> </w:t>
      </w:r>
      <w:proofErr w:type="spellStart"/>
      <w:r>
        <w:t>niemand</w:t>
      </w:r>
      <w:proofErr w:type="spellEnd"/>
      <w:r>
        <w:t xml:space="preserve"> </w:t>
      </w:r>
      <w:proofErr w:type="spellStart"/>
      <w:r>
        <w:t>sauber</w:t>
      </w:r>
      <w:proofErr w:type="spellEnd"/>
      <w:r>
        <w:t xml:space="preserve"> </w:t>
      </w:r>
      <w:proofErr w:type="spellStart"/>
      <w:r>
        <w:t>geregelt</w:t>
      </w:r>
      <w:proofErr w:type="spellEnd"/>
      <w:r>
        <w:t xml:space="preserve"> hat?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braucht</w:t>
      </w:r>
      <w:proofErr w:type="spellEnd"/>
      <w:r>
        <w:t xml:space="preserve"> die Justiz Ordnung. </w:t>
      </w:r>
      <w:proofErr w:type="spellStart"/>
      <w:r>
        <w:t>Akten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vollständig</w:t>
      </w:r>
      <w:proofErr w:type="spellEnd"/>
      <w:r>
        <w:t xml:space="preserve"> und </w:t>
      </w:r>
      <w:proofErr w:type="spellStart"/>
      <w:r>
        <w:t>nachvollziehbar</w:t>
      </w:r>
      <w:proofErr w:type="spellEnd"/>
      <w:r>
        <w:t xml:space="preserve"> sein. </w:t>
      </w:r>
      <w:proofErr w:type="spellStart"/>
      <w:r>
        <w:t>Fristen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überwacht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Ladungen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raus</w:t>
      </w:r>
      <w:proofErr w:type="spellEnd"/>
      <w:r>
        <w:t xml:space="preserve">. </w:t>
      </w:r>
      <w:proofErr w:type="spellStart"/>
      <w:r>
        <w:t>Urteile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geschrieben</w:t>
      </w:r>
      <w:proofErr w:type="spellEnd"/>
      <w:r>
        <w:t xml:space="preserve"> und </w:t>
      </w:r>
      <w:proofErr w:type="spellStart"/>
      <w:r>
        <w:t>zugestellt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Protokolle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ordentlich</w:t>
      </w:r>
      <w:proofErr w:type="spellEnd"/>
      <w:r>
        <w:t xml:space="preserve"> </w:t>
      </w:r>
      <w:proofErr w:type="spellStart"/>
      <w:r>
        <w:t>geführt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Sicherheit muss </w:t>
      </w:r>
      <w:proofErr w:type="spellStart"/>
      <w:r>
        <w:t>gewährleistet</w:t>
      </w:r>
      <w:proofErr w:type="spellEnd"/>
      <w:r>
        <w:t xml:space="preserve"> sein. </w:t>
      </w:r>
      <w:proofErr w:type="spellStart"/>
      <w:r>
        <w:t>Gerade</w:t>
      </w:r>
      <w:proofErr w:type="spellEnd"/>
      <w:r>
        <w:t xml:space="preserve"> die Justiz </w:t>
      </w:r>
      <w:proofErr w:type="spellStart"/>
      <w:r>
        <w:t>lebt</w:t>
      </w:r>
      <w:proofErr w:type="spellEnd"/>
      <w:r>
        <w:t xml:space="preserve"> von </w:t>
      </w:r>
      <w:proofErr w:type="spellStart"/>
      <w:r>
        <w:t>Verlässlichkeit</w:t>
      </w:r>
      <w:proofErr w:type="spellEnd"/>
      <w:r>
        <w:t xml:space="preserve">, </w:t>
      </w:r>
      <w:proofErr w:type="spellStart"/>
      <w:r>
        <w:t>Nachvollziehbarkeit</w:t>
      </w:r>
      <w:proofErr w:type="spellEnd"/>
      <w:r>
        <w:t xml:space="preserve"> und Sorgfalt. „Aber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notwendiger</w:t>
      </w:r>
      <w:proofErr w:type="spellEnd"/>
      <w:r>
        <w:t xml:space="preserve"> Sorgfalt und Arbeit für den </w:t>
      </w:r>
      <w:proofErr w:type="spellStart"/>
      <w:r>
        <w:t>Mülleimer</w:t>
      </w:r>
      <w:proofErr w:type="spellEnd"/>
      <w:r>
        <w:t xml:space="preserve"> </w:t>
      </w:r>
      <w:proofErr w:type="spellStart"/>
      <w:r>
        <w:t>liegt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Weg. Auf </w:t>
      </w:r>
      <w:proofErr w:type="spellStart"/>
      <w:r>
        <w:t>diesem</w:t>
      </w:r>
      <w:proofErr w:type="spellEnd"/>
      <w:r>
        <w:t xml:space="preserve"> Weg </w:t>
      </w:r>
      <w:proofErr w:type="spellStart"/>
      <w:r>
        <w:t>verlieren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Zeit. Da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Vorgänge</w:t>
      </w:r>
      <w:proofErr w:type="spellEnd"/>
      <w:r>
        <w:t xml:space="preserve"> in Systeme </w:t>
      </w:r>
      <w:proofErr w:type="spellStart"/>
      <w:r>
        <w:t>eingegeben</w:t>
      </w:r>
      <w:proofErr w:type="spellEnd"/>
      <w:r>
        <w:t xml:space="preserve">, </w:t>
      </w:r>
      <w:proofErr w:type="spellStart"/>
      <w:r>
        <w:t>obwohl</w:t>
      </w:r>
      <w:proofErr w:type="spellEnd"/>
      <w:r>
        <w:t xml:space="preserve"> </w:t>
      </w:r>
      <w:proofErr w:type="spellStart"/>
      <w:r>
        <w:t>dieselben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an </w:t>
      </w:r>
      <w:proofErr w:type="spellStart"/>
      <w:r>
        <w:t>anderer</w:t>
      </w:r>
      <w:proofErr w:type="spellEnd"/>
      <w:r>
        <w:t xml:space="preserve"> Stelle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vorhanden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Da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Tabellen</w:t>
      </w:r>
      <w:proofErr w:type="spellEnd"/>
      <w:r>
        <w:t xml:space="preserve"> </w:t>
      </w:r>
      <w:proofErr w:type="spellStart"/>
      <w:r>
        <w:t>gepflegt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irgendwann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eingeführt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. Da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Sachstände</w:t>
      </w:r>
      <w:proofErr w:type="spellEnd"/>
      <w:r>
        <w:t xml:space="preserve"> </w:t>
      </w:r>
      <w:proofErr w:type="spellStart"/>
      <w:r>
        <w:t>abgefragt</w:t>
      </w:r>
      <w:proofErr w:type="spellEnd"/>
      <w:r>
        <w:t xml:space="preserve">, </w:t>
      </w:r>
      <w:proofErr w:type="spellStart"/>
      <w:r>
        <w:t>obwohl</w:t>
      </w:r>
      <w:proofErr w:type="spellEnd"/>
      <w:r>
        <w:t xml:space="preserve"> die </w:t>
      </w:r>
      <w:proofErr w:type="spellStart"/>
      <w:r>
        <w:t>Antwort</w:t>
      </w:r>
      <w:proofErr w:type="spellEnd"/>
      <w:r>
        <w:t xml:space="preserve"> </w:t>
      </w:r>
      <w:proofErr w:type="spellStart"/>
      <w:r>
        <w:t>niemanden</w:t>
      </w:r>
      <w:proofErr w:type="spellEnd"/>
      <w:r>
        <w:t xml:space="preserve"> </w:t>
      </w:r>
      <w:proofErr w:type="spellStart"/>
      <w:r>
        <w:t>wirklich</w:t>
      </w:r>
      <w:proofErr w:type="spellEnd"/>
      <w:r>
        <w:t xml:space="preserve"> </w:t>
      </w:r>
      <w:proofErr w:type="spellStart"/>
      <w:r>
        <w:t>weiterbringt</w:t>
      </w:r>
      <w:proofErr w:type="spellEnd"/>
      <w:r>
        <w:t xml:space="preserve">. Da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 </w:t>
      </w:r>
      <w:proofErr w:type="spellStart"/>
      <w:r>
        <w:t>eingeführt</w:t>
      </w:r>
      <w:proofErr w:type="spellEnd"/>
      <w:r>
        <w:t xml:space="preserve">, die </w:t>
      </w:r>
      <w:proofErr w:type="spellStart"/>
      <w:r>
        <w:t>angeblich</w:t>
      </w:r>
      <w:proofErr w:type="spellEnd"/>
      <w:r>
        <w:t xml:space="preserve"> </w:t>
      </w:r>
      <w:proofErr w:type="spellStart"/>
      <w:r>
        <w:lastRenderedPageBreak/>
        <w:t>entlasten</w:t>
      </w:r>
      <w:proofErr w:type="spellEnd"/>
      <w:r>
        <w:t xml:space="preserve"> </w:t>
      </w:r>
      <w:proofErr w:type="spellStart"/>
      <w:r>
        <w:t>sollen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zunächst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Arbeitsschritte</w:t>
      </w:r>
      <w:proofErr w:type="spellEnd"/>
      <w:r>
        <w:t xml:space="preserve">,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Zuständigkeiten</w:t>
      </w:r>
      <w:proofErr w:type="spellEnd"/>
      <w:r>
        <w:t xml:space="preserve">,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Fehlerquellen</w:t>
      </w:r>
      <w:proofErr w:type="spellEnd"/>
      <w:r>
        <w:t xml:space="preserve"> und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Rückfragen</w:t>
      </w:r>
      <w:proofErr w:type="spellEnd"/>
      <w:r>
        <w:t xml:space="preserve"> </w:t>
      </w:r>
      <w:proofErr w:type="spellStart"/>
      <w:r>
        <w:t>produzieren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die </w:t>
      </w:r>
      <w:proofErr w:type="spellStart"/>
      <w:r>
        <w:t>Digitalisierung</w:t>
      </w:r>
      <w:proofErr w:type="spellEnd"/>
      <w:r>
        <w:t xml:space="preserve"> </w:t>
      </w:r>
      <w:proofErr w:type="spellStart"/>
      <w:r>
        <w:t>zeigt</w:t>
      </w:r>
      <w:proofErr w:type="spellEnd"/>
      <w:r>
        <w:t xml:space="preserve"> dieses Problem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. Sie </w:t>
      </w:r>
      <w:proofErr w:type="spellStart"/>
      <w:r>
        <w:t>kann</w:t>
      </w:r>
      <w:proofErr w:type="spellEnd"/>
      <w:r>
        <w:t xml:space="preserve"> Arbeit </w:t>
      </w:r>
      <w:proofErr w:type="spellStart"/>
      <w:r>
        <w:t>erleichtern</w:t>
      </w:r>
      <w:proofErr w:type="spellEnd"/>
      <w:r>
        <w:t xml:space="preserve">. Sie </w:t>
      </w:r>
      <w:proofErr w:type="spellStart"/>
      <w:r>
        <w:t>kann</w:t>
      </w:r>
      <w:proofErr w:type="spellEnd"/>
      <w:r>
        <w:t xml:space="preserve"> Wege </w:t>
      </w:r>
      <w:proofErr w:type="spellStart"/>
      <w:r>
        <w:t>verkürzen</w:t>
      </w:r>
      <w:proofErr w:type="spellEnd"/>
      <w:r>
        <w:t xml:space="preserve">. Sie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 </w:t>
      </w:r>
      <w:proofErr w:type="spellStart"/>
      <w:r>
        <w:t>beschleunigen</w:t>
      </w:r>
      <w:proofErr w:type="spellEnd"/>
      <w:r>
        <w:t xml:space="preserve">. Aber </w:t>
      </w:r>
      <w:proofErr w:type="spellStart"/>
      <w:r>
        <w:t>sie</w:t>
      </w:r>
      <w:proofErr w:type="spellEnd"/>
      <w:r>
        <w:t xml:space="preserve"> tut es nicht </w:t>
      </w:r>
      <w:proofErr w:type="spellStart"/>
      <w:r>
        <w:t>automatisch</w:t>
      </w:r>
      <w:proofErr w:type="spellEnd"/>
      <w:r>
        <w:t xml:space="preserve">. </w:t>
      </w:r>
      <w:proofErr w:type="spellStart"/>
      <w:r>
        <w:t>Natürlich</w:t>
      </w:r>
      <w:proofErr w:type="spellEnd"/>
      <w:r>
        <w:t xml:space="preserve"> muss in der Justiz </w:t>
      </w:r>
      <w:proofErr w:type="spellStart"/>
      <w:r>
        <w:t>rechtssicher</w:t>
      </w:r>
      <w:proofErr w:type="spellEnd"/>
      <w:r>
        <w:t xml:space="preserve"> </w:t>
      </w:r>
      <w:proofErr w:type="spellStart"/>
      <w:r>
        <w:t>gescannt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Niemand will </w:t>
      </w:r>
      <w:proofErr w:type="spellStart"/>
      <w:r>
        <w:t>Dokumente</w:t>
      </w:r>
      <w:proofErr w:type="spellEnd"/>
      <w:r>
        <w:t xml:space="preserve"> in der </w:t>
      </w:r>
      <w:proofErr w:type="spellStart"/>
      <w:r>
        <w:t>Akte</w:t>
      </w:r>
      <w:proofErr w:type="spellEnd"/>
      <w:r>
        <w:t xml:space="preserve">, </w:t>
      </w:r>
      <w:proofErr w:type="spellStart"/>
      <w:r>
        <w:t>deren</w:t>
      </w:r>
      <w:proofErr w:type="spellEnd"/>
      <w:r>
        <w:t xml:space="preserve"> </w:t>
      </w:r>
      <w:proofErr w:type="spellStart"/>
      <w:r>
        <w:t>Herkunft</w:t>
      </w:r>
      <w:proofErr w:type="spellEnd"/>
      <w:r>
        <w:t xml:space="preserve"> und </w:t>
      </w:r>
      <w:proofErr w:type="spellStart"/>
      <w:r>
        <w:t>Beweiswert</w:t>
      </w:r>
      <w:proofErr w:type="spellEnd"/>
      <w:r>
        <w:t xml:space="preserve"> </w:t>
      </w:r>
      <w:proofErr w:type="spellStart"/>
      <w:r>
        <w:t>später</w:t>
      </w:r>
      <w:proofErr w:type="spellEnd"/>
      <w:r>
        <w:t xml:space="preserve"> </w:t>
      </w:r>
      <w:proofErr w:type="spellStart"/>
      <w:r>
        <w:t>zweifelhaft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Aber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einzelnes</w:t>
      </w:r>
      <w:proofErr w:type="spellEnd"/>
      <w:r>
        <w:t xml:space="preserve"> Blatt </w:t>
      </w:r>
      <w:proofErr w:type="spellStart"/>
      <w:r>
        <w:t>deshalb</w:t>
      </w:r>
      <w:proofErr w:type="spellEnd"/>
      <w:r>
        <w:t xml:space="preserve"> erst der </w:t>
      </w:r>
      <w:proofErr w:type="spellStart"/>
      <w:r>
        <w:t>Wachtmeisterei</w:t>
      </w:r>
      <w:proofErr w:type="spellEnd"/>
      <w:r>
        <w:t xml:space="preserve"> </w:t>
      </w:r>
      <w:proofErr w:type="spellStart"/>
      <w:r>
        <w:t>zugeleitet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muss,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eigenen</w:t>
      </w:r>
      <w:proofErr w:type="spellEnd"/>
      <w:r>
        <w:t xml:space="preserve"> </w:t>
      </w:r>
      <w:proofErr w:type="spellStart"/>
      <w:r>
        <w:t>Scanvorgang</w:t>
      </w:r>
      <w:proofErr w:type="spellEnd"/>
      <w:r>
        <w:t xml:space="preserve"> </w:t>
      </w:r>
      <w:proofErr w:type="spellStart"/>
      <w:r>
        <w:t>auslöst</w:t>
      </w:r>
      <w:proofErr w:type="spellEnd"/>
      <w:r>
        <w:t xml:space="preserve"> und </w:t>
      </w:r>
      <w:proofErr w:type="spellStart"/>
      <w:r>
        <w:t>anschließend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in den </w:t>
      </w:r>
      <w:proofErr w:type="spellStart"/>
      <w:r>
        <w:t>Geschäftsgang</w:t>
      </w:r>
      <w:proofErr w:type="spellEnd"/>
      <w:r>
        <w:t xml:space="preserve"> </w:t>
      </w:r>
      <w:proofErr w:type="spellStart"/>
      <w:r>
        <w:t>zurückkehrt</w:t>
      </w:r>
      <w:proofErr w:type="spellEnd"/>
      <w:r>
        <w:t xml:space="preserve">,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das </w:t>
      </w:r>
      <w:proofErr w:type="spellStart"/>
      <w:r>
        <w:t>eigentliche</w:t>
      </w:r>
      <w:proofErr w:type="spellEnd"/>
      <w:r>
        <w:t xml:space="preserve"> Problem: Aus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Arbeitsschritt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. Aus </w:t>
      </w:r>
      <w:proofErr w:type="spellStart"/>
      <w:r>
        <w:t>Entlastung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Zusatzarbeit</w:t>
      </w:r>
      <w:proofErr w:type="spellEnd"/>
      <w:r>
        <w:t xml:space="preserve">. </w:t>
      </w:r>
      <w:proofErr w:type="spellStart"/>
      <w:r>
        <w:t>Manchmal</w:t>
      </w:r>
      <w:proofErr w:type="spellEnd"/>
      <w:r>
        <w:t xml:space="preserve"> </w:t>
      </w:r>
      <w:proofErr w:type="spellStart"/>
      <w:r>
        <w:t>wirkt</w:t>
      </w:r>
      <w:proofErr w:type="spellEnd"/>
      <w:r>
        <w:t xml:space="preserve"> es,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hätten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für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: für die Arbeit, für den </w:t>
      </w:r>
      <w:proofErr w:type="spellStart"/>
      <w:r>
        <w:t>Nachweis</w:t>
      </w:r>
      <w:proofErr w:type="spellEnd"/>
      <w:r>
        <w:t xml:space="preserve"> der Arbeit und </w:t>
      </w:r>
      <w:proofErr w:type="spellStart"/>
      <w:r>
        <w:t>notfalls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für die </w:t>
      </w:r>
      <w:proofErr w:type="spellStart"/>
      <w:r>
        <w:t>Auswertung</w:t>
      </w:r>
      <w:proofErr w:type="spellEnd"/>
      <w:r>
        <w:t xml:space="preserve"> des </w:t>
      </w:r>
      <w:proofErr w:type="spellStart"/>
      <w:r>
        <w:t>Nachweises</w:t>
      </w:r>
      <w:proofErr w:type="spellEnd"/>
      <w:r>
        <w:t xml:space="preserve">. In der Justiz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sogar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schönes</w:t>
      </w:r>
      <w:proofErr w:type="spellEnd"/>
      <w:r>
        <w:t xml:space="preserve"> Wort: </w:t>
      </w:r>
      <w:proofErr w:type="spellStart"/>
      <w:r>
        <w:t>PEBB§Y</w:t>
      </w:r>
      <w:proofErr w:type="spellEnd"/>
      <w:r>
        <w:t xml:space="preserve">. Schon der Name </w:t>
      </w:r>
      <w:proofErr w:type="spellStart"/>
      <w:r>
        <w:t>klingt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müsste</w:t>
      </w:r>
      <w:proofErr w:type="spellEnd"/>
      <w:r>
        <w:t xml:space="preserve"> man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Fritz-Kola </w:t>
      </w:r>
      <w:proofErr w:type="spellStart"/>
      <w:r>
        <w:t>öffnen</w:t>
      </w:r>
      <w:proofErr w:type="spellEnd"/>
      <w:r>
        <w:t xml:space="preserve"> und erst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tief</w:t>
      </w:r>
      <w:proofErr w:type="spellEnd"/>
      <w:r>
        <w:t xml:space="preserve"> </w:t>
      </w:r>
      <w:proofErr w:type="spellStart"/>
      <w:r>
        <w:t>durchatmen</w:t>
      </w:r>
      <w:proofErr w:type="spellEnd"/>
      <w:r>
        <w:t xml:space="preserve">.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braucht</w:t>
      </w:r>
      <w:proofErr w:type="spellEnd"/>
      <w:r>
        <w:t xml:space="preserve"> die Justiz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Personalbedarfsberechnung</w:t>
      </w:r>
      <w:proofErr w:type="spellEnd"/>
      <w:r>
        <w:t xml:space="preserve">. Niemand </w:t>
      </w:r>
      <w:proofErr w:type="spellStart"/>
      <w:r>
        <w:t>bestreitet</w:t>
      </w:r>
      <w:proofErr w:type="spellEnd"/>
      <w:r>
        <w:t xml:space="preserve"> </w:t>
      </w:r>
      <w:proofErr w:type="spellStart"/>
      <w:r>
        <w:t>ernsthaft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Personal </w:t>
      </w:r>
      <w:proofErr w:type="spellStart"/>
      <w:r>
        <w:t>sachgerecht</w:t>
      </w:r>
      <w:proofErr w:type="spellEnd"/>
      <w:r>
        <w:t xml:space="preserve"> </w:t>
      </w:r>
      <w:proofErr w:type="spellStart"/>
      <w:r>
        <w:t>verteilt</w:t>
      </w:r>
      <w:proofErr w:type="spellEnd"/>
      <w:r>
        <w:t xml:space="preserve"> und </w:t>
      </w:r>
      <w:proofErr w:type="spellStart"/>
      <w:r>
        <w:t>Belastung</w:t>
      </w:r>
      <w:proofErr w:type="spellEnd"/>
      <w:r>
        <w:t xml:space="preserve"> </w:t>
      </w:r>
      <w:proofErr w:type="spellStart"/>
      <w:r>
        <w:t>sichtbar</w:t>
      </w:r>
      <w:proofErr w:type="spellEnd"/>
      <w:r>
        <w:t xml:space="preserve"> </w:t>
      </w:r>
      <w:proofErr w:type="spellStart"/>
      <w:r>
        <w:t>gemacht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muss.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messen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also Arbeit immer </w:t>
      </w:r>
      <w:proofErr w:type="spellStart"/>
      <w:r>
        <w:t>genauer</w:t>
      </w:r>
      <w:proofErr w:type="spellEnd"/>
      <w:r>
        <w:t xml:space="preserve">. ABER: die Arbeit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weder</w:t>
      </w:r>
      <w:proofErr w:type="spellEnd"/>
      <w:r>
        <w:t xml:space="preserve">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einfacher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sinnvoller</w:t>
      </w:r>
      <w:proofErr w:type="spellEnd"/>
      <w:r>
        <w:t xml:space="preserve">.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ungefähr</w:t>
      </w:r>
      <w:proofErr w:type="spellEnd"/>
      <w:r>
        <w:t xml:space="preserve"> so,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würde</w:t>
      </w:r>
      <w:proofErr w:type="spellEnd"/>
      <w:r>
        <w:t xml:space="preserve"> man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Serviceeinheit</w:t>
      </w:r>
      <w:proofErr w:type="spellEnd"/>
      <w:r>
        <w:t xml:space="preserve"> alle </w:t>
      </w:r>
      <w:proofErr w:type="spellStart"/>
      <w:r>
        <w:t>zehn</w:t>
      </w:r>
      <w:proofErr w:type="spellEnd"/>
      <w:r>
        <w:t xml:space="preserve"> Minuten bitten, </w:t>
      </w:r>
      <w:proofErr w:type="spellStart"/>
      <w:r>
        <w:t>kurz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dokumentieren</w:t>
      </w:r>
      <w:proofErr w:type="spellEnd"/>
      <w:r>
        <w:t xml:space="preserve">,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Ladung</w:t>
      </w:r>
      <w:proofErr w:type="spellEnd"/>
      <w:r>
        <w:t xml:space="preserve"> </w:t>
      </w:r>
      <w:proofErr w:type="spellStart"/>
      <w:r>
        <w:t>schreibt</w:t>
      </w:r>
      <w:proofErr w:type="spellEnd"/>
      <w:r>
        <w:t xml:space="preserve">,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Vorgang</w:t>
      </w:r>
      <w:proofErr w:type="spellEnd"/>
      <w:r>
        <w:t xml:space="preserve"> der </w:t>
      </w:r>
      <w:proofErr w:type="spellStart"/>
      <w:r>
        <w:t>Wachtmeisterei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scannen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</w:t>
      </w:r>
      <w:proofErr w:type="spellEnd"/>
      <w:r w:rsidR="00343950">
        <w:t xml:space="preserve"> </w:t>
      </w:r>
      <w:proofErr w:type="spellStart"/>
      <w:r w:rsidR="00343950">
        <w:t>Fehlblatt</w:t>
      </w:r>
      <w:proofErr w:type="spellEnd"/>
      <w:r w:rsidR="00343950">
        <w:t xml:space="preserve"> </w:t>
      </w:r>
      <w:proofErr w:type="spellStart"/>
      <w:r w:rsidR="00343950">
        <w:t>erzeugt</w:t>
      </w:r>
      <w:proofErr w:type="spellEnd"/>
      <w:r>
        <w:t xml:space="preserve">. Das </w:t>
      </w:r>
      <w:proofErr w:type="spellStart"/>
      <w:r>
        <w:t>Ergebnis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dadurch</w:t>
      </w:r>
      <w:proofErr w:type="spellEnd"/>
      <w:r>
        <w:t xml:space="preserve"> nicht </w:t>
      </w:r>
      <w:proofErr w:type="spellStart"/>
      <w:r>
        <w:t>besser</w:t>
      </w:r>
      <w:proofErr w:type="spellEnd"/>
      <w:r>
        <w:t xml:space="preserve">. Nur </w:t>
      </w:r>
      <w:proofErr w:type="spellStart"/>
      <w:r>
        <w:t>langsamer</w:t>
      </w:r>
      <w:proofErr w:type="spellEnd"/>
      <w:r>
        <w:t xml:space="preserve">. Ein </w:t>
      </w:r>
      <w:proofErr w:type="spellStart"/>
      <w:r>
        <w:t>weiteres</w:t>
      </w:r>
      <w:proofErr w:type="spellEnd"/>
      <w:r>
        <w:t xml:space="preserve"> Problem </w:t>
      </w:r>
      <w:proofErr w:type="spellStart"/>
      <w:r>
        <w:t>ist</w:t>
      </w:r>
      <w:proofErr w:type="spellEnd"/>
      <w:r>
        <w:t xml:space="preserve"> der </w:t>
      </w:r>
      <w:proofErr w:type="spellStart"/>
      <w:r>
        <w:t>ständige</w:t>
      </w:r>
      <w:proofErr w:type="spellEnd"/>
      <w:r>
        <w:t xml:space="preserve"> </w:t>
      </w:r>
      <w:proofErr w:type="spellStart"/>
      <w:r>
        <w:t>Aktionismus</w:t>
      </w:r>
      <w:proofErr w:type="spellEnd"/>
      <w:r>
        <w:t xml:space="preserve">. 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Bereiche</w:t>
      </w:r>
      <w:proofErr w:type="spellEnd"/>
      <w:r>
        <w:t xml:space="preserve">, in </w:t>
      </w:r>
      <w:proofErr w:type="spellStart"/>
      <w:r>
        <w:t>denen</w:t>
      </w:r>
      <w:proofErr w:type="spellEnd"/>
      <w:r>
        <w:t xml:space="preserve"> </w:t>
      </w:r>
      <w:proofErr w:type="spellStart"/>
      <w:r>
        <w:t>Führung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bedeuten</w:t>
      </w:r>
      <w:proofErr w:type="spellEnd"/>
      <w:r>
        <w:t xml:space="preserve"> </w:t>
      </w:r>
      <w:proofErr w:type="spellStart"/>
      <w:r>
        <w:t>müsste</w:t>
      </w:r>
      <w:proofErr w:type="spellEnd"/>
      <w:r>
        <w:t xml:space="preserve">,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Rahmenbedingungen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schaffen</w:t>
      </w:r>
      <w:proofErr w:type="spellEnd"/>
      <w:r>
        <w:t xml:space="preserve">, </w:t>
      </w:r>
      <w:proofErr w:type="spellStart"/>
      <w:r>
        <w:t>klare</w:t>
      </w:r>
      <w:proofErr w:type="spellEnd"/>
      <w:r>
        <w:t xml:space="preserve"> </w:t>
      </w:r>
      <w:proofErr w:type="spellStart"/>
      <w:r>
        <w:t>Entscheidungen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treffen</w:t>
      </w:r>
      <w:proofErr w:type="spellEnd"/>
      <w:r>
        <w:t xml:space="preserve"> und den</w:t>
      </w:r>
      <w:r w:rsidR="00722389">
        <w:t xml:space="preserve"> </w:t>
      </w:r>
      <w:proofErr w:type="spellStart"/>
      <w:r>
        <w:t>Beschäftigten</w:t>
      </w:r>
      <w:proofErr w:type="spellEnd"/>
      <w:r>
        <w:t xml:space="preserve"> den </w:t>
      </w:r>
      <w:proofErr w:type="spellStart"/>
      <w:r>
        <w:t>Rücken</w:t>
      </w:r>
      <w:proofErr w:type="spellEnd"/>
      <w:r>
        <w:t xml:space="preserve"> </w:t>
      </w:r>
      <w:proofErr w:type="spellStart"/>
      <w:r>
        <w:t>freizuhalten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in der Justiz, wo </w:t>
      </w:r>
      <w:proofErr w:type="spellStart"/>
      <w:r>
        <w:t>Fristen</w:t>
      </w:r>
      <w:proofErr w:type="spellEnd"/>
      <w:r>
        <w:t xml:space="preserve">, </w:t>
      </w:r>
      <w:proofErr w:type="spellStart"/>
      <w:r>
        <w:t>Verfahren</w:t>
      </w:r>
      <w:proofErr w:type="spellEnd"/>
      <w:r>
        <w:t xml:space="preserve">, </w:t>
      </w:r>
      <w:proofErr w:type="spellStart"/>
      <w:r>
        <w:t>Sitzungen</w:t>
      </w:r>
      <w:proofErr w:type="spellEnd"/>
      <w:r>
        <w:t xml:space="preserve">, </w:t>
      </w:r>
      <w:proofErr w:type="spellStart"/>
      <w:r>
        <w:t>Bürgerinnen</w:t>
      </w:r>
      <w:proofErr w:type="spellEnd"/>
      <w:r>
        <w:t xml:space="preserve"> und Bürger, </w:t>
      </w:r>
      <w:proofErr w:type="spellStart"/>
      <w:r>
        <w:t>Rechtsanwälte</w:t>
      </w:r>
      <w:proofErr w:type="spellEnd"/>
      <w:r>
        <w:t xml:space="preserve">, </w:t>
      </w:r>
      <w:proofErr w:type="spellStart"/>
      <w:r>
        <w:t>Sachverständige</w:t>
      </w:r>
      <w:proofErr w:type="spellEnd"/>
      <w:r>
        <w:t xml:space="preserve">, </w:t>
      </w:r>
      <w:proofErr w:type="spellStart"/>
      <w:r>
        <w:t>Polizei</w:t>
      </w:r>
      <w:proofErr w:type="spellEnd"/>
      <w:r>
        <w:t xml:space="preserve">, </w:t>
      </w:r>
      <w:proofErr w:type="spellStart"/>
      <w:r>
        <w:t>Behörden</w:t>
      </w:r>
      <w:proofErr w:type="spellEnd"/>
      <w:r>
        <w:t xml:space="preserve"> und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Beteiligte</w:t>
      </w:r>
      <w:proofErr w:type="spellEnd"/>
      <w:r>
        <w:t xml:space="preserve"> den Takt </w:t>
      </w:r>
      <w:proofErr w:type="spellStart"/>
      <w:r>
        <w:t>mitbestimmen</w:t>
      </w:r>
      <w:proofErr w:type="spellEnd"/>
      <w:r>
        <w:t xml:space="preserve">, </w:t>
      </w:r>
      <w:proofErr w:type="spellStart"/>
      <w:r>
        <w:t>braucht</w:t>
      </w:r>
      <w:proofErr w:type="spellEnd"/>
      <w:r>
        <w:t xml:space="preserve"> es nicht </w:t>
      </w:r>
      <w:proofErr w:type="spellStart"/>
      <w:r>
        <w:t>ständig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Baustellen</w:t>
      </w:r>
      <w:proofErr w:type="spellEnd"/>
      <w:r>
        <w:t xml:space="preserve">. Es </w:t>
      </w:r>
      <w:proofErr w:type="spellStart"/>
      <w:r>
        <w:t>braucht</w:t>
      </w:r>
      <w:proofErr w:type="spellEnd"/>
      <w:r>
        <w:t xml:space="preserve"> </w:t>
      </w:r>
      <w:proofErr w:type="spellStart"/>
      <w:r>
        <w:t>verlässliche</w:t>
      </w:r>
      <w:proofErr w:type="spellEnd"/>
      <w:r>
        <w:t xml:space="preserve"> </w:t>
      </w:r>
      <w:proofErr w:type="spellStart"/>
      <w:r>
        <w:t>Abläufe</w:t>
      </w:r>
      <w:proofErr w:type="spellEnd"/>
      <w:r>
        <w:t xml:space="preserve">, </w:t>
      </w:r>
      <w:proofErr w:type="spellStart"/>
      <w:r>
        <w:t>brauchbare</w:t>
      </w:r>
      <w:proofErr w:type="spellEnd"/>
      <w:r>
        <w:t xml:space="preserve"> Technik, </w:t>
      </w:r>
      <w:proofErr w:type="spellStart"/>
      <w:r>
        <w:t>klare</w:t>
      </w:r>
      <w:proofErr w:type="spellEnd"/>
      <w:r>
        <w:t xml:space="preserve"> </w:t>
      </w:r>
      <w:proofErr w:type="spellStart"/>
      <w:r>
        <w:t>Zuständigkeiten</w:t>
      </w:r>
      <w:proofErr w:type="spellEnd"/>
      <w:r>
        <w:t xml:space="preserve"> und </w:t>
      </w:r>
      <w:proofErr w:type="spellStart"/>
      <w:r>
        <w:t>ausreichend</w:t>
      </w:r>
      <w:proofErr w:type="spellEnd"/>
      <w:r>
        <w:t xml:space="preserve"> Personal. </w:t>
      </w:r>
      <w:proofErr w:type="spellStart"/>
      <w:r>
        <w:t>Stattdessen</w:t>
      </w:r>
      <w:proofErr w:type="spellEnd"/>
      <w:r>
        <w:t xml:space="preserve"> </w:t>
      </w:r>
      <w:proofErr w:type="spellStart"/>
      <w:r>
        <w:t>entsteht</w:t>
      </w:r>
      <w:proofErr w:type="spellEnd"/>
      <w:r>
        <w:t xml:space="preserve"> nicht </w:t>
      </w:r>
      <w:proofErr w:type="spellStart"/>
      <w:r>
        <w:t>selten</w:t>
      </w:r>
      <w:proofErr w:type="spellEnd"/>
      <w:r>
        <w:t xml:space="preserve"> der Eindruck, </w:t>
      </w:r>
      <w:proofErr w:type="spellStart"/>
      <w:r>
        <w:t>dass</w:t>
      </w:r>
      <w:proofErr w:type="spellEnd"/>
      <w:r>
        <w:t xml:space="preserve"> auf </w:t>
      </w:r>
      <w:proofErr w:type="spellStart"/>
      <w:r>
        <w:t>jedes</w:t>
      </w:r>
      <w:proofErr w:type="spellEnd"/>
      <w:r>
        <w:t xml:space="preserve"> Problem erst </w:t>
      </w:r>
      <w:proofErr w:type="spellStart"/>
      <w:r>
        <w:t>einmal</w:t>
      </w:r>
      <w:proofErr w:type="spellEnd"/>
      <w:r>
        <w:t xml:space="preserve"> mit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Konzept</w:t>
      </w:r>
      <w:proofErr w:type="spellEnd"/>
      <w:r>
        <w:t xml:space="preserve">,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Abfrage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Arbeitsgruppe</w:t>
      </w:r>
      <w:proofErr w:type="spellEnd"/>
      <w:r>
        <w:t xml:space="preserve"> </w:t>
      </w:r>
      <w:proofErr w:type="spellStart"/>
      <w:r>
        <w:t>reagiert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Alles </w:t>
      </w:r>
      <w:proofErr w:type="spellStart"/>
      <w:r>
        <w:t>sieht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aus.</w:t>
      </w:r>
      <w:proofErr w:type="spellEnd"/>
      <w:r>
        <w:t xml:space="preserve"> Alles </w:t>
      </w:r>
      <w:proofErr w:type="spellStart"/>
      <w:r>
        <w:t>klingt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Steuerung</w:t>
      </w:r>
      <w:proofErr w:type="spellEnd"/>
      <w:r>
        <w:t xml:space="preserve">. Aber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Fortschritt. „</w:t>
      </w:r>
      <w:proofErr w:type="spellStart"/>
      <w:r>
        <w:t>Manchmal</w:t>
      </w:r>
      <w:proofErr w:type="spellEnd"/>
      <w:r>
        <w:t xml:space="preserve"> </w:t>
      </w:r>
      <w:proofErr w:type="spellStart"/>
      <w:r>
        <w:t>entsteht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: Arbeit für den </w:t>
      </w:r>
      <w:proofErr w:type="spellStart"/>
      <w:r>
        <w:lastRenderedPageBreak/>
        <w:t>Mülleimer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liegt</w:t>
      </w:r>
      <w:proofErr w:type="spellEnd"/>
      <w:r>
        <w:t xml:space="preserve"> das Problem nicht </w:t>
      </w:r>
      <w:proofErr w:type="spellStart"/>
      <w:r>
        <w:t>darin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Menschen </w:t>
      </w:r>
      <w:proofErr w:type="spellStart"/>
      <w:r>
        <w:t>zu</w:t>
      </w:r>
      <w:proofErr w:type="spellEnd"/>
      <w:r>
        <w:t xml:space="preserve"> </w:t>
      </w:r>
      <w:proofErr w:type="spellStart"/>
      <w:r>
        <w:t>wenig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liegt</w:t>
      </w:r>
      <w:proofErr w:type="spellEnd"/>
      <w:r>
        <w:t xml:space="preserve"> es </w:t>
      </w:r>
      <w:proofErr w:type="spellStart"/>
      <w:r>
        <w:t>darin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Arbeit in </w:t>
      </w:r>
      <w:proofErr w:type="spellStart"/>
      <w:r>
        <w:t>Strukturen</w:t>
      </w:r>
      <w:proofErr w:type="spellEnd"/>
      <w:r>
        <w:t xml:space="preserve"> </w:t>
      </w:r>
      <w:proofErr w:type="spellStart"/>
      <w:r>
        <w:t>verschwindet</w:t>
      </w:r>
      <w:proofErr w:type="spellEnd"/>
      <w:r>
        <w:t xml:space="preserve">, die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eigentlichen</w:t>
      </w:r>
      <w:proofErr w:type="spellEnd"/>
      <w:r>
        <w:t xml:space="preserve"> Zweck </w:t>
      </w:r>
      <w:proofErr w:type="spellStart"/>
      <w:r>
        <w:t>längst</w:t>
      </w:r>
      <w:proofErr w:type="spellEnd"/>
      <w:r>
        <w:t xml:space="preserve"> </w:t>
      </w:r>
      <w:proofErr w:type="spellStart"/>
      <w:r>
        <w:t>verloren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Eine </w:t>
      </w:r>
      <w:proofErr w:type="spellStart"/>
      <w:r>
        <w:t>funktionierende</w:t>
      </w:r>
      <w:proofErr w:type="spellEnd"/>
      <w:r>
        <w:t xml:space="preserve"> Justiz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Luxus</w:t>
      </w:r>
      <w:proofErr w:type="spellEnd"/>
      <w:r>
        <w:t xml:space="preserve">. Die Arbeit in der Justiz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beliebige</w:t>
      </w:r>
      <w:proofErr w:type="spellEnd"/>
      <w:r>
        <w:t xml:space="preserve"> </w:t>
      </w:r>
      <w:proofErr w:type="spellStart"/>
      <w:r>
        <w:t>Verwaltungstätigkeit</w:t>
      </w:r>
      <w:proofErr w:type="spellEnd"/>
      <w:r>
        <w:t xml:space="preserve">. Sie </w:t>
      </w:r>
      <w:proofErr w:type="spellStart"/>
      <w:r>
        <w:t>betrifft</w:t>
      </w:r>
      <w:proofErr w:type="spellEnd"/>
      <w:r>
        <w:t xml:space="preserve"> Rechte, </w:t>
      </w:r>
      <w:proofErr w:type="spellStart"/>
      <w:r>
        <w:t>Pflichten</w:t>
      </w:r>
      <w:proofErr w:type="spellEnd"/>
      <w:r>
        <w:t xml:space="preserve">, Freiheit, Sicherheit, </w:t>
      </w:r>
      <w:proofErr w:type="spellStart"/>
      <w:r>
        <w:t>Familien</w:t>
      </w:r>
      <w:proofErr w:type="spellEnd"/>
      <w:r>
        <w:t xml:space="preserve">, </w:t>
      </w:r>
      <w:proofErr w:type="spellStart"/>
      <w:r>
        <w:t>Existenzen</w:t>
      </w:r>
      <w:proofErr w:type="spellEnd"/>
      <w:r>
        <w:t xml:space="preserve"> und </w:t>
      </w:r>
      <w:proofErr w:type="spellStart"/>
      <w:r>
        <w:t>Vertrauen</w:t>
      </w:r>
      <w:proofErr w:type="spellEnd"/>
      <w:r>
        <w:t xml:space="preserve"> in den Staat. „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darf</w:t>
      </w:r>
      <w:proofErr w:type="spellEnd"/>
      <w:r>
        <w:t xml:space="preserve"> man die </w:t>
      </w:r>
      <w:proofErr w:type="spellStart"/>
      <w:r>
        <w:t>Debatte</w:t>
      </w:r>
      <w:proofErr w:type="spellEnd"/>
      <w:r>
        <w:t xml:space="preserve"> nicht </w:t>
      </w:r>
      <w:proofErr w:type="spellStart"/>
      <w:r>
        <w:t>zu</w:t>
      </w:r>
      <w:proofErr w:type="spellEnd"/>
      <w:r>
        <w:t xml:space="preserve"> </w:t>
      </w:r>
      <w:proofErr w:type="spellStart"/>
      <w:r>
        <w:t>billig</w:t>
      </w:r>
      <w:proofErr w:type="spellEnd"/>
      <w:r>
        <w:t xml:space="preserve"> </w:t>
      </w:r>
      <w:proofErr w:type="spellStart"/>
      <w:r>
        <w:t>führen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Leistung</w:t>
      </w:r>
      <w:proofErr w:type="spellEnd"/>
      <w:r>
        <w:t xml:space="preserve"> </w:t>
      </w:r>
      <w:proofErr w:type="spellStart"/>
      <w:r>
        <w:t>fordert</w:t>
      </w:r>
      <w:proofErr w:type="spellEnd"/>
      <w:r>
        <w:t xml:space="preserve">, muss </w:t>
      </w:r>
      <w:proofErr w:type="spellStart"/>
      <w:r>
        <w:t>zuerst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sorgen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Leistung</w:t>
      </w:r>
      <w:proofErr w:type="spellEnd"/>
      <w:r>
        <w:t xml:space="preserve"> </w:t>
      </w:r>
      <w:proofErr w:type="spellStart"/>
      <w:r>
        <w:t>überhaupt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nicht immer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Kontrollpflichten</w:t>
      </w:r>
      <w:proofErr w:type="spellEnd"/>
      <w:r>
        <w:t xml:space="preserve">, </w:t>
      </w:r>
      <w:proofErr w:type="spellStart"/>
      <w:r>
        <w:t>Doppelabfragen</w:t>
      </w:r>
      <w:proofErr w:type="spellEnd"/>
      <w:r>
        <w:t xml:space="preserve"> und </w:t>
      </w:r>
      <w:proofErr w:type="spellStart"/>
      <w:r>
        <w:t>Absicherungsroutinen</w:t>
      </w:r>
      <w:proofErr w:type="spellEnd"/>
      <w:r>
        <w:t xml:space="preserve">. Sie </w:t>
      </w:r>
      <w:proofErr w:type="spellStart"/>
      <w:r>
        <w:t>brauchen</w:t>
      </w:r>
      <w:proofErr w:type="spellEnd"/>
      <w:r>
        <w:t xml:space="preserve"> </w:t>
      </w:r>
      <w:proofErr w:type="spellStart"/>
      <w:r>
        <w:t>klare</w:t>
      </w:r>
      <w:proofErr w:type="spellEnd"/>
      <w:r>
        <w:t xml:space="preserve"> </w:t>
      </w:r>
      <w:proofErr w:type="spellStart"/>
      <w:r>
        <w:t>Abläufe</w:t>
      </w:r>
      <w:proofErr w:type="spellEnd"/>
      <w:r>
        <w:t xml:space="preserve">, </w:t>
      </w:r>
      <w:proofErr w:type="spellStart"/>
      <w:r>
        <w:t>ausreichend</w:t>
      </w:r>
      <w:proofErr w:type="spellEnd"/>
      <w:r>
        <w:t xml:space="preserve"> Personal und </w:t>
      </w:r>
      <w:proofErr w:type="spellStart"/>
      <w:r>
        <w:t>Führungskräfte</w:t>
      </w:r>
      <w:proofErr w:type="spellEnd"/>
      <w:r>
        <w:t xml:space="preserve">, die den </w:t>
      </w:r>
      <w:proofErr w:type="spellStart"/>
      <w:r>
        <w:t>Unterschied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Unterstützung</w:t>
      </w:r>
      <w:proofErr w:type="spellEnd"/>
      <w:r>
        <w:t xml:space="preserve"> und </w:t>
      </w:r>
      <w:proofErr w:type="spellStart"/>
      <w:r>
        <w:t>zusätzlicher</w:t>
      </w:r>
      <w:proofErr w:type="spellEnd"/>
      <w:r>
        <w:t xml:space="preserve"> </w:t>
      </w:r>
      <w:proofErr w:type="spellStart"/>
      <w:r>
        <w:t>Belastung</w:t>
      </w:r>
      <w:proofErr w:type="spellEnd"/>
      <w:r>
        <w:t xml:space="preserve"> </w:t>
      </w:r>
      <w:proofErr w:type="spellStart"/>
      <w:r>
        <w:t>kennen</w:t>
      </w:r>
      <w:proofErr w:type="spellEnd"/>
      <w:r>
        <w:t xml:space="preserve">. „Bevor man den Menschen </w:t>
      </w:r>
      <w:proofErr w:type="spellStart"/>
      <w:r>
        <w:t>erklärt</w:t>
      </w:r>
      <w:proofErr w:type="spellEnd"/>
      <w:r>
        <w:t xml:space="preserve">, </w:t>
      </w:r>
      <w:proofErr w:type="spellStart"/>
      <w:r>
        <w:t>sie</w:t>
      </w:r>
      <w:proofErr w:type="spellEnd"/>
      <w:r>
        <w:t xml:space="preserve"> </w:t>
      </w:r>
      <w:proofErr w:type="spellStart"/>
      <w:r>
        <w:t>müssten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, </w:t>
      </w:r>
      <w:proofErr w:type="spellStart"/>
      <w:r>
        <w:t>sollte</w:t>
      </w:r>
      <w:proofErr w:type="spellEnd"/>
      <w:r>
        <w:t xml:space="preserve"> man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vielleicht</w:t>
      </w:r>
      <w:proofErr w:type="spellEnd"/>
      <w:r>
        <w:t xml:space="preserve"> erst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weniger</w:t>
      </w:r>
      <w:proofErr w:type="spellEnd"/>
      <w:r>
        <w:t xml:space="preserve"> Unsinn auf den </w:t>
      </w:r>
      <w:proofErr w:type="spellStart"/>
      <w:r>
        <w:t>Schreibtisch</w:t>
      </w:r>
      <w:proofErr w:type="spellEnd"/>
      <w:r>
        <w:t xml:space="preserve"> </w:t>
      </w:r>
      <w:proofErr w:type="spellStart"/>
      <w:r>
        <w:t>legen</w:t>
      </w:r>
      <w:proofErr w:type="spellEnd"/>
      <w:r>
        <w:t xml:space="preserve">. Das </w:t>
      </w:r>
      <w:proofErr w:type="spellStart"/>
      <w:r>
        <w:t>wäre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Debatte</w:t>
      </w:r>
      <w:proofErr w:type="spellEnd"/>
      <w:r>
        <w:t xml:space="preserve">, die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lohnen</w:t>
      </w:r>
      <w:proofErr w:type="spellEnd"/>
      <w:r>
        <w:t xml:space="preserve"> </w:t>
      </w:r>
      <w:proofErr w:type="spellStart"/>
      <w:r>
        <w:t>würde</w:t>
      </w:r>
      <w:proofErr w:type="spellEnd"/>
      <w:r>
        <w:t xml:space="preserve">. Nicht: Wie </w:t>
      </w:r>
      <w:proofErr w:type="spellStart"/>
      <w:r>
        <w:t>holen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den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Stunden</w:t>
      </w:r>
      <w:proofErr w:type="spellEnd"/>
      <w:r>
        <w:t xml:space="preserve"> </w:t>
      </w:r>
      <w:proofErr w:type="spellStart"/>
      <w:r>
        <w:t>heraus</w:t>
      </w:r>
      <w:proofErr w:type="spellEnd"/>
      <w:r>
        <w:t xml:space="preserve">? </w:t>
      </w:r>
      <w:proofErr w:type="spellStart"/>
      <w:r>
        <w:t>Sondern</w:t>
      </w:r>
      <w:proofErr w:type="spellEnd"/>
      <w:r>
        <w:t xml:space="preserve">: Wie </w:t>
      </w:r>
      <w:proofErr w:type="spellStart"/>
      <w:r>
        <w:t>sorgen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Arbeitszeit</w:t>
      </w:r>
      <w:proofErr w:type="spellEnd"/>
      <w:r>
        <w:t xml:space="preserve"> nicht </w:t>
      </w:r>
      <w:proofErr w:type="spellStart"/>
      <w:r>
        <w:t>sinnlos</w:t>
      </w:r>
      <w:proofErr w:type="spellEnd"/>
      <w:r>
        <w:t xml:space="preserve"> </w:t>
      </w:r>
      <w:proofErr w:type="spellStart"/>
      <w:r>
        <w:t>verbrannt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? Mehr Arbeit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Antwort</w:t>
      </w:r>
      <w:proofErr w:type="spellEnd"/>
      <w:r>
        <w:t xml:space="preserve"> sein,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vorher</w:t>
      </w:r>
      <w:proofErr w:type="spellEnd"/>
      <w:r>
        <w:t xml:space="preserve"> die </w:t>
      </w:r>
      <w:proofErr w:type="spellStart"/>
      <w:r>
        <w:t>Verschwendung</w:t>
      </w:r>
      <w:proofErr w:type="spellEnd"/>
      <w:r>
        <w:t xml:space="preserve"> von Arbeit </w:t>
      </w:r>
      <w:proofErr w:type="spellStart"/>
      <w:r>
        <w:t>beendet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Alles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bequemes</w:t>
      </w:r>
      <w:proofErr w:type="spellEnd"/>
      <w:r>
        <w:t xml:space="preserve"> </w:t>
      </w:r>
      <w:proofErr w:type="spellStart"/>
      <w:r>
        <w:t>Gerede</w:t>
      </w:r>
      <w:proofErr w:type="spellEnd"/>
      <w:r>
        <w:t xml:space="preserve">. Man </w:t>
      </w:r>
      <w:proofErr w:type="spellStart"/>
      <w:r>
        <w:t>fordert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 von </w:t>
      </w:r>
      <w:proofErr w:type="spellStart"/>
      <w:r>
        <w:t>denen</w:t>
      </w:r>
      <w:proofErr w:type="spellEnd"/>
      <w:r>
        <w:t xml:space="preserve">, die </w:t>
      </w:r>
      <w:proofErr w:type="spellStart"/>
      <w:r>
        <w:t>ohnehin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genug</w:t>
      </w:r>
      <w:proofErr w:type="spellEnd"/>
      <w:r>
        <w:t xml:space="preserve"> </w:t>
      </w:r>
      <w:proofErr w:type="spellStart"/>
      <w:r>
        <w:t>tragen</w:t>
      </w:r>
      <w:proofErr w:type="spellEnd"/>
      <w:r>
        <w:t xml:space="preserve">, </w:t>
      </w:r>
      <w:proofErr w:type="spellStart"/>
      <w:r>
        <w:t>ohne</w:t>
      </w:r>
      <w:proofErr w:type="spellEnd"/>
      <w:r>
        <w:t xml:space="preserve"> den Mut </w:t>
      </w:r>
      <w:proofErr w:type="spellStart"/>
      <w:r>
        <w:t>zu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, die </w:t>
      </w:r>
      <w:proofErr w:type="spellStart"/>
      <w:r>
        <w:t>eigenen</w:t>
      </w:r>
      <w:proofErr w:type="spellEnd"/>
      <w:r>
        <w:t xml:space="preserve"> </w:t>
      </w:r>
      <w:proofErr w:type="spellStart"/>
      <w:r>
        <w:t>Strukturen</w:t>
      </w:r>
      <w:proofErr w:type="spellEnd"/>
      <w:r>
        <w:t xml:space="preserve"> </w:t>
      </w:r>
      <w:proofErr w:type="spellStart"/>
      <w:r>
        <w:t>aufzuräumen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also nicht </w:t>
      </w:r>
      <w:proofErr w:type="spellStart"/>
      <w:r>
        <w:t>zuerst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Debatte</w:t>
      </w:r>
      <w:proofErr w:type="spellEnd"/>
      <w:r>
        <w:t xml:space="preserve"> über </w:t>
      </w:r>
      <w:proofErr w:type="spellStart"/>
      <w:r>
        <w:t>längere</w:t>
      </w:r>
      <w:proofErr w:type="spellEnd"/>
      <w:r>
        <w:t xml:space="preserve"> </w:t>
      </w:r>
      <w:proofErr w:type="spellStart"/>
      <w:r>
        <w:t>Arbeitszeiten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Debatte</w:t>
      </w:r>
      <w:proofErr w:type="spellEnd"/>
      <w:r>
        <w:t xml:space="preserve"> über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Leerlauf</w:t>
      </w:r>
      <w:proofErr w:type="spellEnd"/>
      <w:r>
        <w:t xml:space="preserve">,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Doppelarbeit</w:t>
      </w:r>
      <w:proofErr w:type="spellEnd"/>
      <w:r>
        <w:t xml:space="preserve">,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Aktionismus</w:t>
      </w:r>
      <w:proofErr w:type="spellEnd"/>
      <w:r>
        <w:t xml:space="preserve"> und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Bürokratie</w:t>
      </w:r>
      <w:proofErr w:type="spellEnd"/>
      <w:r>
        <w:t xml:space="preserve">, die </w:t>
      </w:r>
      <w:proofErr w:type="spellStart"/>
      <w:r>
        <w:t>niemandem</w:t>
      </w:r>
      <w:proofErr w:type="spellEnd"/>
      <w:r>
        <w:t xml:space="preserve"> </w:t>
      </w:r>
      <w:proofErr w:type="spellStart"/>
      <w:r>
        <w:t>nützt</w:t>
      </w:r>
      <w:proofErr w:type="spellEnd"/>
      <w:r>
        <w:t xml:space="preserve">. Oder </w:t>
      </w:r>
      <w:proofErr w:type="spellStart"/>
      <w:r>
        <w:t>einfacher</w:t>
      </w:r>
      <w:proofErr w:type="spellEnd"/>
      <w:r>
        <w:t xml:space="preserve"> </w:t>
      </w:r>
      <w:proofErr w:type="spellStart"/>
      <w:r>
        <w:t>gesagt</w:t>
      </w:r>
      <w:proofErr w:type="spellEnd"/>
      <w:r>
        <w:t xml:space="preserve">: Wir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endlich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für die Sache </w:t>
      </w:r>
      <w:proofErr w:type="spellStart"/>
      <w:r>
        <w:t>arbeiten</w:t>
      </w:r>
      <w:proofErr w:type="spellEnd"/>
      <w:r>
        <w:t>.</w:t>
      </w:r>
    </w:p>
    <w:p w14:paraId="14711D82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proofErr w:type="spellStart"/>
      <w:r>
        <w:t>Karikatur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überfüllten</w:t>
      </w:r>
      <w:proofErr w:type="spellEnd"/>
      <w:r>
        <w:t xml:space="preserve"> </w:t>
      </w:r>
      <w:proofErr w:type="spellStart"/>
      <w:r>
        <w:t>Büros</w:t>
      </w:r>
      <w:proofErr w:type="spellEnd"/>
      <w:r>
        <w:t xml:space="preserve">.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sitzen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Papierstapeln</w:t>
      </w:r>
      <w:proofErr w:type="spellEnd"/>
      <w:r>
        <w:t xml:space="preserve">, </w:t>
      </w:r>
      <w:proofErr w:type="spellStart"/>
      <w:r>
        <w:t>Akten</w:t>
      </w:r>
      <w:proofErr w:type="spellEnd"/>
      <w:r>
        <w:t xml:space="preserve">, </w:t>
      </w:r>
      <w:proofErr w:type="spellStart"/>
      <w:r>
        <w:t>Kontrolllisten</w:t>
      </w:r>
      <w:proofErr w:type="spellEnd"/>
      <w:r>
        <w:t xml:space="preserve"> und </w:t>
      </w:r>
      <w:proofErr w:type="spellStart"/>
      <w:r>
        <w:t>Schildern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Bürokratie</w:t>
      </w:r>
      <w:proofErr w:type="spellEnd"/>
      <w:r>
        <w:t xml:space="preserve">, </w:t>
      </w:r>
      <w:proofErr w:type="spellStart"/>
      <w:r>
        <w:t>Doppelarbeit</w:t>
      </w:r>
      <w:proofErr w:type="spellEnd"/>
      <w:r>
        <w:t xml:space="preserve"> und </w:t>
      </w:r>
      <w:proofErr w:type="spellStart"/>
      <w:r>
        <w:t>Arbeitszeitrundung</w:t>
      </w:r>
      <w:proofErr w:type="spellEnd"/>
      <w:r>
        <w:t>.</w:t>
      </w:r>
    </w:p>
    <w:p w14:paraId="5285BC0C" w14:textId="77777777" w:rsidR="00132049" w:rsidRDefault="00000000">
      <w:r>
        <w:br w:type="page"/>
      </w:r>
    </w:p>
    <w:p w14:paraId="6F8BFE8F" w14:textId="77777777" w:rsidR="00132049" w:rsidRDefault="00000000">
      <w:pPr>
        <w:pStyle w:val="berschrift1"/>
      </w:pPr>
      <w:proofErr w:type="spellStart"/>
      <w:r>
        <w:lastRenderedPageBreak/>
        <w:t>Vertrauen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Verdachtskultur</w:t>
      </w:r>
      <w:proofErr w:type="spellEnd"/>
    </w:p>
    <w:p w14:paraId="68B1AADC" w14:textId="77777777" w:rsidR="00132049" w:rsidRDefault="00000000">
      <w:proofErr w:type="spellStart"/>
      <w:r>
        <w:rPr>
          <w:i/>
        </w:rPr>
        <w:t>Untertitel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Warum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gute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Führung</w:t>
      </w:r>
      <w:proofErr w:type="spellEnd"/>
      <w:r>
        <w:rPr>
          <w:i/>
        </w:rPr>
        <w:t xml:space="preserve"> auf </w:t>
      </w:r>
      <w:proofErr w:type="spellStart"/>
      <w:r>
        <w:rPr>
          <w:i/>
        </w:rPr>
        <w:t>Vertrauen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basiert</w:t>
      </w:r>
      <w:proofErr w:type="spellEnd"/>
      <w:r>
        <w:rPr>
          <w:i/>
        </w:rPr>
        <w:t xml:space="preserve"> - und nicht auf immer </w:t>
      </w:r>
      <w:proofErr w:type="spellStart"/>
      <w:r>
        <w:rPr>
          <w:i/>
        </w:rPr>
        <w:t>neuen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Kontrollen</w:t>
      </w:r>
      <w:proofErr w:type="spellEnd"/>
      <w:r>
        <w:rPr>
          <w:i/>
        </w:rPr>
        <w:t>.</w:t>
      </w:r>
    </w:p>
    <w:p w14:paraId="02F49DF5" w14:textId="77777777" w:rsidR="00132049" w:rsidRDefault="00000000">
      <w:r>
        <w:t xml:space="preserve">8 DJG Landesverband Hessen e.V. </w:t>
      </w:r>
      <w:proofErr w:type="spellStart"/>
      <w:r>
        <w:t>Montagmorgen</w:t>
      </w:r>
      <w:proofErr w:type="spellEnd"/>
      <w:r>
        <w:t xml:space="preserve">, </w:t>
      </w:r>
      <w:proofErr w:type="spellStart"/>
      <w:r>
        <w:t>kurz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sechs</w:t>
      </w:r>
      <w:proofErr w:type="spellEnd"/>
      <w:r>
        <w:t xml:space="preserve">. Der Wecker </w:t>
      </w:r>
      <w:proofErr w:type="spellStart"/>
      <w:r>
        <w:t>klingelt</w:t>
      </w:r>
      <w:proofErr w:type="spellEnd"/>
      <w:r>
        <w:t xml:space="preserve">. Der Kopf </w:t>
      </w:r>
      <w:proofErr w:type="spellStart"/>
      <w:r>
        <w:t>dröhnt</w:t>
      </w:r>
      <w:proofErr w:type="spellEnd"/>
      <w:r>
        <w:t xml:space="preserve">, der Hals </w:t>
      </w:r>
      <w:proofErr w:type="spellStart"/>
      <w:r>
        <w:t>brennt</w:t>
      </w:r>
      <w:proofErr w:type="spellEnd"/>
      <w:r>
        <w:t xml:space="preserve">, an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Arbeitstag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nicht </w:t>
      </w:r>
      <w:proofErr w:type="spellStart"/>
      <w:r>
        <w:t>zu</w:t>
      </w:r>
      <w:proofErr w:type="spellEnd"/>
      <w:r>
        <w:t xml:space="preserve"> </w:t>
      </w:r>
      <w:proofErr w:type="spellStart"/>
      <w:r>
        <w:t>denken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krank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auskurieren</w:t>
      </w:r>
      <w:proofErr w:type="spellEnd"/>
      <w:r>
        <w:t xml:space="preserve"> und </w:t>
      </w:r>
      <w:proofErr w:type="spellStart"/>
      <w:r>
        <w:t>gesund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Selbstverständlichkeit</w:t>
      </w:r>
      <w:proofErr w:type="spellEnd"/>
      <w:r>
        <w:t xml:space="preserve">. </w:t>
      </w:r>
      <w:proofErr w:type="spellStart"/>
      <w:r>
        <w:t>Doch</w:t>
      </w:r>
      <w:proofErr w:type="spellEnd"/>
      <w:r>
        <w:t xml:space="preserve"> immer </w:t>
      </w:r>
      <w:proofErr w:type="spellStart"/>
      <w:r>
        <w:t>häufiger</w:t>
      </w:r>
      <w:proofErr w:type="spellEnd"/>
      <w:r>
        <w:t xml:space="preserve"> </w:t>
      </w:r>
      <w:proofErr w:type="spellStart"/>
      <w:r>
        <w:t>scheint</w:t>
      </w:r>
      <w:proofErr w:type="spellEnd"/>
      <w:r>
        <w:t xml:space="preserve"> </w:t>
      </w:r>
      <w:proofErr w:type="spellStart"/>
      <w:r>
        <w:t>zunächst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Frage </w:t>
      </w:r>
      <w:proofErr w:type="spellStart"/>
      <w:r>
        <w:t>im</w:t>
      </w:r>
      <w:proofErr w:type="spellEnd"/>
      <w:r>
        <w:t xml:space="preserve"> Raum </w:t>
      </w:r>
      <w:proofErr w:type="spellStart"/>
      <w:r>
        <w:t>zu</w:t>
      </w:r>
      <w:proofErr w:type="spellEnd"/>
      <w:r>
        <w:t xml:space="preserve"> </w:t>
      </w:r>
      <w:proofErr w:type="spellStart"/>
      <w:r>
        <w:t>stehen</w:t>
      </w:r>
      <w:proofErr w:type="spellEnd"/>
      <w:r>
        <w:t xml:space="preserve">: Wie </w:t>
      </w:r>
      <w:proofErr w:type="spellStart"/>
      <w:r>
        <w:t>weise</w:t>
      </w:r>
      <w:proofErr w:type="spellEnd"/>
      <w:r>
        <w:t xml:space="preserve"> ich </w:t>
      </w:r>
      <w:proofErr w:type="spellStart"/>
      <w:r>
        <w:t>nach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ich </w:t>
      </w:r>
      <w:proofErr w:type="spellStart"/>
      <w:r>
        <w:t>wirklich</w:t>
      </w:r>
      <w:proofErr w:type="spellEnd"/>
      <w:r>
        <w:t xml:space="preserve"> </w:t>
      </w:r>
      <w:proofErr w:type="spellStart"/>
      <w:r>
        <w:t>krank</w:t>
      </w:r>
      <w:proofErr w:type="spellEnd"/>
      <w:r>
        <w:t xml:space="preserve"> bin? Die </w:t>
      </w:r>
      <w:proofErr w:type="spellStart"/>
      <w:r>
        <w:t>Diskussion</w:t>
      </w:r>
      <w:proofErr w:type="spellEnd"/>
      <w:r>
        <w:t xml:space="preserve"> über AU </w:t>
      </w:r>
      <w:proofErr w:type="spellStart"/>
      <w:r>
        <w:t>bereits</w:t>
      </w:r>
      <w:proofErr w:type="spellEnd"/>
      <w:r>
        <w:t xml:space="preserve"> ab dem </w:t>
      </w:r>
      <w:proofErr w:type="spellStart"/>
      <w:r>
        <w:t>ersten</w:t>
      </w:r>
      <w:proofErr w:type="spellEnd"/>
      <w:r>
        <w:t xml:space="preserve"> </w:t>
      </w:r>
      <w:proofErr w:type="spellStart"/>
      <w:r>
        <w:t>Krankheitstag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von </w:t>
      </w:r>
      <w:proofErr w:type="spellStart"/>
      <w:r>
        <w:t>vielen</w:t>
      </w:r>
      <w:proofErr w:type="spellEnd"/>
      <w:r>
        <w:t xml:space="preserve">. Sie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stellvertretend</w:t>
      </w:r>
      <w:proofErr w:type="spellEnd"/>
      <w:r>
        <w:t xml:space="preserve"> für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, die </w:t>
      </w:r>
      <w:proofErr w:type="spellStart"/>
      <w:r>
        <w:t>weit</w:t>
      </w:r>
      <w:proofErr w:type="spellEnd"/>
      <w:r>
        <w:t xml:space="preserve"> über das Thema </w:t>
      </w:r>
      <w:proofErr w:type="spellStart"/>
      <w:r>
        <w:t>Krankheit</w:t>
      </w:r>
      <w:proofErr w:type="spellEnd"/>
      <w:r>
        <w:t xml:space="preserve"> </w:t>
      </w:r>
      <w:proofErr w:type="spellStart"/>
      <w:r>
        <w:t>hinausgeht</w:t>
      </w:r>
      <w:proofErr w:type="spellEnd"/>
      <w:r>
        <w:t xml:space="preserve">. Es </w:t>
      </w:r>
      <w:proofErr w:type="spellStart"/>
      <w:r>
        <w:t>entsteht</w:t>
      </w:r>
      <w:proofErr w:type="spellEnd"/>
      <w:r>
        <w:t xml:space="preserve"> </w:t>
      </w:r>
      <w:proofErr w:type="spellStart"/>
      <w:r>
        <w:t>zunehmend</w:t>
      </w:r>
      <w:proofErr w:type="spellEnd"/>
      <w:r>
        <w:t xml:space="preserve"> der Eindruck,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Arbeitsbereitschaft</w:t>
      </w:r>
      <w:proofErr w:type="spellEnd"/>
      <w:r>
        <w:t xml:space="preserve">,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Erreichbarkeit</w:t>
      </w:r>
      <w:proofErr w:type="spellEnd"/>
      <w:r>
        <w:t xml:space="preserve"> und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Zuverlässigkeit</w:t>
      </w:r>
      <w:proofErr w:type="spellEnd"/>
      <w:r>
        <w:t xml:space="preserve"> immer </w:t>
      </w:r>
      <w:proofErr w:type="spellStart"/>
      <w:r>
        <w:t>häufiger</w:t>
      </w:r>
      <w:proofErr w:type="spellEnd"/>
      <w:r>
        <w:t xml:space="preserve"> </w:t>
      </w:r>
      <w:proofErr w:type="spellStart"/>
      <w:r>
        <w:t>belegen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Neue </w:t>
      </w:r>
      <w:proofErr w:type="spellStart"/>
      <w:r>
        <w:t>Regelungen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oft mit </w:t>
      </w:r>
      <w:proofErr w:type="spellStart"/>
      <w:r>
        <w:t>Effizienz</w:t>
      </w:r>
      <w:proofErr w:type="spellEnd"/>
      <w:r>
        <w:t xml:space="preserve">, </w:t>
      </w:r>
      <w:proofErr w:type="spellStart"/>
      <w:r>
        <w:t>Transparenz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Missbrauchsvermeidung</w:t>
      </w:r>
      <w:proofErr w:type="spellEnd"/>
      <w:r>
        <w:t xml:space="preserve"> </w:t>
      </w:r>
      <w:proofErr w:type="spellStart"/>
      <w:r>
        <w:t>begründet</w:t>
      </w:r>
      <w:proofErr w:type="spellEnd"/>
      <w:r>
        <w:t xml:space="preserve">. Das mag </w:t>
      </w:r>
      <w:proofErr w:type="spellStart"/>
      <w:r>
        <w:t>im</w:t>
      </w:r>
      <w:proofErr w:type="spellEnd"/>
      <w:r>
        <w:t xml:space="preserve"> </w:t>
      </w:r>
      <w:proofErr w:type="spellStart"/>
      <w:r>
        <w:t>Einzelfall</w:t>
      </w:r>
      <w:proofErr w:type="spellEnd"/>
      <w:r>
        <w:t xml:space="preserve"> </w:t>
      </w:r>
      <w:proofErr w:type="spellStart"/>
      <w:r>
        <w:t>nachvollziehbar</w:t>
      </w:r>
      <w:proofErr w:type="spellEnd"/>
      <w:r>
        <w:t xml:space="preserve"> </w:t>
      </w:r>
      <w:proofErr w:type="spellStart"/>
      <w:r>
        <w:t>erscheinen</w:t>
      </w:r>
      <w:proofErr w:type="spellEnd"/>
      <w:r>
        <w:t xml:space="preserve">. </w:t>
      </w:r>
      <w:proofErr w:type="spellStart"/>
      <w:r>
        <w:t>Betrachtet</w:t>
      </w:r>
      <w:proofErr w:type="spellEnd"/>
      <w:r>
        <w:t xml:space="preserve"> man die </w:t>
      </w:r>
      <w:proofErr w:type="spellStart"/>
      <w:r>
        <w:t>Entwicklung</w:t>
      </w:r>
      <w:proofErr w:type="spellEnd"/>
      <w:r>
        <w:t xml:space="preserve"> </w:t>
      </w:r>
      <w:proofErr w:type="spellStart"/>
      <w:r>
        <w:t>insgesamt</w:t>
      </w:r>
      <w:proofErr w:type="spellEnd"/>
      <w:r>
        <w:t xml:space="preserve">, </w:t>
      </w:r>
      <w:proofErr w:type="spellStart"/>
      <w:r>
        <w:t>stellt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grundsätzliche</w:t>
      </w:r>
      <w:proofErr w:type="spellEnd"/>
      <w:r>
        <w:t xml:space="preserve"> Frage: Verändert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Führungskultur</w:t>
      </w:r>
      <w:proofErr w:type="spellEnd"/>
      <w:r>
        <w:t>? Die Deutsche Justiz-</w:t>
      </w:r>
      <w:proofErr w:type="spellStart"/>
      <w:r>
        <w:t>Gewerkschaft</w:t>
      </w:r>
      <w:proofErr w:type="spellEnd"/>
      <w:r>
        <w:t xml:space="preserve"> Hessen </w:t>
      </w:r>
      <w:proofErr w:type="spellStart"/>
      <w:r>
        <w:t>beobachtet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 mit Sorge. Denn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Nebensache</w:t>
      </w:r>
      <w:proofErr w:type="spellEnd"/>
      <w:r>
        <w:t xml:space="preserve">. Es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Grundlage</w:t>
      </w:r>
      <w:proofErr w:type="spellEnd"/>
      <w:r>
        <w:t xml:space="preserve">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funktionierenden</w:t>
      </w:r>
      <w:proofErr w:type="spellEnd"/>
      <w:r>
        <w:t xml:space="preserve"> Verwaltung.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übernehmen</w:t>
      </w:r>
      <w:proofErr w:type="spellEnd"/>
      <w:r>
        <w:t xml:space="preserve"> </w:t>
      </w:r>
      <w:proofErr w:type="spellStart"/>
      <w:r>
        <w:t>Verantwortung</w:t>
      </w:r>
      <w:proofErr w:type="spellEnd"/>
      <w:r>
        <w:t xml:space="preserve">, </w:t>
      </w:r>
      <w:proofErr w:type="spellStart"/>
      <w:r>
        <w:t>treffen</w:t>
      </w:r>
      <w:proofErr w:type="spellEnd"/>
      <w:r>
        <w:t xml:space="preserve"> </w:t>
      </w:r>
      <w:proofErr w:type="spellStart"/>
      <w:r>
        <w:t>täglich</w:t>
      </w:r>
      <w:proofErr w:type="spellEnd"/>
      <w:r>
        <w:t xml:space="preserve"> </w:t>
      </w:r>
      <w:proofErr w:type="spellStart"/>
      <w:r>
        <w:t>Entscheidungen</w:t>
      </w:r>
      <w:proofErr w:type="spellEnd"/>
      <w:r>
        <w:t xml:space="preserve"> und </w:t>
      </w:r>
      <w:proofErr w:type="spellStart"/>
      <w:r>
        <w:t>erledigen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 xml:space="preserve"> mit </w:t>
      </w:r>
      <w:proofErr w:type="spellStart"/>
      <w:r>
        <w:t>großem</w:t>
      </w:r>
      <w:proofErr w:type="spellEnd"/>
      <w:r>
        <w:t xml:space="preserve"> Engagement - </w:t>
      </w:r>
      <w:proofErr w:type="spellStart"/>
      <w:r>
        <w:t>häufig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schwierigen</w:t>
      </w:r>
      <w:proofErr w:type="spellEnd"/>
      <w:r>
        <w:t xml:space="preserve"> </w:t>
      </w:r>
      <w:proofErr w:type="spellStart"/>
      <w:r>
        <w:t>Rahmenbedingungen</w:t>
      </w:r>
      <w:proofErr w:type="spellEnd"/>
      <w:r>
        <w:t xml:space="preserve">, mit </w:t>
      </w:r>
      <w:proofErr w:type="spellStart"/>
      <w:r>
        <w:t>hoher</w:t>
      </w:r>
      <w:proofErr w:type="spellEnd"/>
      <w:r>
        <w:t xml:space="preserve"> </w:t>
      </w:r>
      <w:proofErr w:type="spellStart"/>
      <w:r>
        <w:t>Arbeitsbelastung</w:t>
      </w:r>
      <w:proofErr w:type="spellEnd"/>
      <w:r>
        <w:t xml:space="preserve"> und </w:t>
      </w:r>
      <w:proofErr w:type="spellStart"/>
      <w:r>
        <w:t>angesichts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zunehmenden</w:t>
      </w:r>
      <w:proofErr w:type="spellEnd"/>
      <w:r>
        <w:t xml:space="preserve"> </w:t>
      </w:r>
      <w:proofErr w:type="spellStart"/>
      <w:r>
        <w:t>Personalmangels</w:t>
      </w:r>
      <w:proofErr w:type="spellEnd"/>
      <w:r>
        <w:t xml:space="preserve">. Die </w:t>
      </w:r>
      <w:proofErr w:type="spellStart"/>
      <w:r>
        <w:t>überwältigende</w:t>
      </w:r>
      <w:proofErr w:type="spellEnd"/>
      <w:r>
        <w:t xml:space="preserve"> </w:t>
      </w:r>
      <w:proofErr w:type="spellStart"/>
      <w:r>
        <w:t>Mehrheit</w:t>
      </w:r>
      <w:proofErr w:type="spellEnd"/>
      <w:r>
        <w:t xml:space="preserve"> </w:t>
      </w:r>
      <w:proofErr w:type="spellStart"/>
      <w:r>
        <w:t>erfüllt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 xml:space="preserve"> </w:t>
      </w:r>
      <w:proofErr w:type="spellStart"/>
      <w:r>
        <w:t>gewissenhaft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dennoch</w:t>
      </w:r>
      <w:proofErr w:type="spellEnd"/>
      <w:r>
        <w:t xml:space="preserve"> immer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Nachweispflichten</w:t>
      </w:r>
      <w:proofErr w:type="spellEnd"/>
      <w:r>
        <w:t xml:space="preserve"> und </w:t>
      </w:r>
      <w:proofErr w:type="spellStart"/>
      <w:r>
        <w:t>Kontrollmechanismen</w:t>
      </w:r>
      <w:proofErr w:type="spellEnd"/>
      <w:r>
        <w:t xml:space="preserve"> </w:t>
      </w:r>
      <w:proofErr w:type="spellStart"/>
      <w:r>
        <w:t>einführt</w:t>
      </w:r>
      <w:proofErr w:type="spellEnd"/>
      <w:r>
        <w:t xml:space="preserve">, </w:t>
      </w:r>
      <w:proofErr w:type="spellStart"/>
      <w:r>
        <w:t>sendet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Signal, das </w:t>
      </w:r>
      <w:proofErr w:type="spellStart"/>
      <w:r>
        <w:t>weit</w:t>
      </w:r>
      <w:proofErr w:type="spellEnd"/>
      <w:r>
        <w:t xml:space="preserve"> über die </w:t>
      </w:r>
      <w:proofErr w:type="spellStart"/>
      <w:r>
        <w:t>eigentliche</w:t>
      </w:r>
      <w:proofErr w:type="spellEnd"/>
      <w:r>
        <w:t xml:space="preserve"> </w:t>
      </w:r>
      <w:proofErr w:type="spellStart"/>
      <w:r>
        <w:t>Maßnahme</w:t>
      </w:r>
      <w:proofErr w:type="spellEnd"/>
      <w:r>
        <w:t xml:space="preserve"> </w:t>
      </w:r>
      <w:proofErr w:type="spellStart"/>
      <w:r>
        <w:t>hinausgeht</w:t>
      </w:r>
      <w:proofErr w:type="spellEnd"/>
      <w:r>
        <w:t xml:space="preserve">. Es </w:t>
      </w:r>
      <w:proofErr w:type="spellStart"/>
      <w:r>
        <w:t>lautet</w:t>
      </w:r>
      <w:proofErr w:type="spellEnd"/>
      <w:r>
        <w:t xml:space="preserve">: Wir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nicht. </w:t>
      </w:r>
      <w:proofErr w:type="spellStart"/>
      <w:r>
        <w:t>Genau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 </w:t>
      </w:r>
      <w:proofErr w:type="spellStart"/>
      <w:r>
        <w:t>liegt</w:t>
      </w:r>
      <w:proofErr w:type="spellEnd"/>
      <w:r>
        <w:t xml:space="preserve"> das </w:t>
      </w:r>
      <w:proofErr w:type="spellStart"/>
      <w:r>
        <w:t>eigentliche</w:t>
      </w:r>
      <w:proofErr w:type="spellEnd"/>
      <w:r>
        <w:t xml:space="preserve"> Problem. Nicht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einzelne</w:t>
      </w:r>
      <w:proofErr w:type="spellEnd"/>
      <w:r>
        <w:t xml:space="preserve"> </w:t>
      </w:r>
      <w:proofErr w:type="spellStart"/>
      <w:r>
        <w:t>Regelung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für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genommen</w:t>
      </w:r>
      <w:proofErr w:type="spellEnd"/>
      <w:r>
        <w:t xml:space="preserve"> </w:t>
      </w:r>
      <w:proofErr w:type="spellStart"/>
      <w:r>
        <w:t>gravierend</w:t>
      </w:r>
      <w:proofErr w:type="spellEnd"/>
      <w:r>
        <w:t xml:space="preserve">. Aber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zusammen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Arbeitskultur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, in der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schrittweise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ersetzt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mal • </w:t>
      </w:r>
      <w:proofErr w:type="spellStart"/>
      <w:r>
        <w:t>geht</w:t>
      </w:r>
      <w:proofErr w:type="spellEnd"/>
      <w:r>
        <w:t xml:space="preserve"> es um den </w:t>
      </w:r>
      <w:proofErr w:type="spellStart"/>
      <w:r>
        <w:t>ersten</w:t>
      </w:r>
      <w:proofErr w:type="spellEnd"/>
      <w:r>
        <w:t xml:space="preserve"> </w:t>
      </w:r>
      <w:proofErr w:type="spellStart"/>
      <w:r>
        <w:t>Krankheitstag</w:t>
      </w:r>
      <w:proofErr w:type="spellEnd"/>
      <w:r>
        <w:t xml:space="preserve">. • um </w:t>
      </w:r>
      <w:proofErr w:type="spellStart"/>
      <w:r>
        <w:t>Erreichbarkeit</w:t>
      </w:r>
      <w:proofErr w:type="spellEnd"/>
      <w:r>
        <w:t xml:space="preserve">. • um mobiles </w:t>
      </w:r>
      <w:proofErr w:type="spellStart"/>
      <w:r>
        <w:t>Arbeiten</w:t>
      </w:r>
      <w:proofErr w:type="spellEnd"/>
      <w:r>
        <w:t xml:space="preserve">. • um </w:t>
      </w:r>
      <w:proofErr w:type="spellStart"/>
      <w:r>
        <w:t>Anwesenheit</w:t>
      </w:r>
      <w:proofErr w:type="spellEnd"/>
      <w:r>
        <w:t xml:space="preserve">. • um immer </w:t>
      </w:r>
      <w:proofErr w:type="spellStart"/>
      <w:r>
        <w:t>detailliertere</w:t>
      </w:r>
      <w:proofErr w:type="spellEnd"/>
      <w:r>
        <w:t xml:space="preserve"> </w:t>
      </w:r>
      <w:proofErr w:type="spellStart"/>
      <w:r>
        <w:t>Dokumentationspflichten</w:t>
      </w:r>
      <w:proofErr w:type="spellEnd"/>
      <w:r>
        <w:t xml:space="preserve">.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Maßnahme</w:t>
      </w:r>
      <w:proofErr w:type="spellEnd"/>
      <w:r>
        <w:t xml:space="preserve"> für </w:t>
      </w:r>
      <w:proofErr w:type="spellStart"/>
      <w:r>
        <w:t>sich</w:t>
      </w:r>
      <w:proofErr w:type="spellEnd"/>
      <w:r>
        <w:t xml:space="preserve"> mag </w:t>
      </w:r>
      <w:proofErr w:type="spellStart"/>
      <w:r>
        <w:t>sachlich</w:t>
      </w:r>
      <w:proofErr w:type="spellEnd"/>
      <w:r>
        <w:t xml:space="preserve"> </w:t>
      </w:r>
      <w:proofErr w:type="spellStart"/>
      <w:r>
        <w:t>begründet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In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Gesamtheit</w:t>
      </w:r>
      <w:proofErr w:type="spellEnd"/>
      <w:r>
        <w:t xml:space="preserve"> </w:t>
      </w:r>
      <w:proofErr w:type="spellStart"/>
      <w:r>
        <w:t>entsteht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Klima, in dem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zunehmend</w:t>
      </w:r>
      <w:proofErr w:type="spellEnd"/>
      <w:r>
        <w:t xml:space="preserve"> das </w:t>
      </w:r>
      <w:proofErr w:type="spellStart"/>
      <w:r>
        <w:t>Gefühl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,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ständig</w:t>
      </w:r>
      <w:proofErr w:type="spellEnd"/>
      <w:r>
        <w:t xml:space="preserve"> </w:t>
      </w:r>
      <w:proofErr w:type="spellStart"/>
      <w:r>
        <w:lastRenderedPageBreak/>
        <w:t>rechtfertigen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Dabei </w:t>
      </w:r>
      <w:proofErr w:type="spellStart"/>
      <w:r>
        <w:t>geraten</w:t>
      </w:r>
      <w:proofErr w:type="spellEnd"/>
      <w:r>
        <w:t xml:space="preserve"> die </w:t>
      </w:r>
      <w:proofErr w:type="spellStart"/>
      <w:r>
        <w:t>eigentlichen</w:t>
      </w:r>
      <w:proofErr w:type="spellEnd"/>
      <w:r>
        <w:t xml:space="preserve"> </w:t>
      </w:r>
      <w:proofErr w:type="spellStart"/>
      <w:r>
        <w:t>Ursachen</w:t>
      </w:r>
      <w:proofErr w:type="spellEnd"/>
      <w:r>
        <w:t xml:space="preserve"> </w:t>
      </w:r>
      <w:proofErr w:type="spellStart"/>
      <w:r>
        <w:t>vieler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leicht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dem Blick. </w:t>
      </w:r>
      <w:proofErr w:type="spellStart"/>
      <w:r>
        <w:t>Steigende</w:t>
      </w:r>
      <w:proofErr w:type="spellEnd"/>
      <w:r>
        <w:t xml:space="preserve"> </w:t>
      </w:r>
      <w:proofErr w:type="spellStart"/>
      <w:r>
        <w:t>Arbeitsbelastung</w:t>
      </w:r>
      <w:proofErr w:type="spellEnd"/>
      <w:r>
        <w:t xml:space="preserve">, nicht </w:t>
      </w:r>
      <w:proofErr w:type="spellStart"/>
      <w:r>
        <w:t>besetzte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, </w:t>
      </w:r>
      <w:proofErr w:type="spellStart"/>
      <w:r>
        <w:t>wachsende</w:t>
      </w:r>
      <w:proofErr w:type="spellEnd"/>
      <w:r>
        <w:t xml:space="preserve"> </w:t>
      </w:r>
      <w:proofErr w:type="spellStart"/>
      <w:r>
        <w:t>Anforderungen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alternde</w:t>
      </w:r>
      <w:proofErr w:type="spellEnd"/>
      <w:r>
        <w:t xml:space="preserve"> </w:t>
      </w:r>
      <w:proofErr w:type="spellStart"/>
      <w:r>
        <w:t>Belegschaft</w:t>
      </w:r>
      <w:proofErr w:type="spellEnd"/>
      <w:r>
        <w:t xml:space="preserve"> und immer </w:t>
      </w:r>
      <w:proofErr w:type="spellStart"/>
      <w:r>
        <w:t>komplexere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nicht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Kontrollen</w:t>
      </w:r>
      <w:proofErr w:type="spellEnd"/>
      <w:r>
        <w:t xml:space="preserve"> </w:t>
      </w:r>
      <w:proofErr w:type="spellStart"/>
      <w:r>
        <w:t>lösen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über </w:t>
      </w:r>
      <w:proofErr w:type="spellStart"/>
      <w:r>
        <w:t>Fehlzeiten</w:t>
      </w:r>
      <w:proofErr w:type="spellEnd"/>
      <w:r>
        <w:t xml:space="preserve"> </w:t>
      </w:r>
      <w:proofErr w:type="spellStart"/>
      <w:r>
        <w:t>spricht</w:t>
      </w:r>
      <w:proofErr w:type="spellEnd"/>
      <w:r>
        <w:t xml:space="preserve">,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über </w:t>
      </w:r>
      <w:proofErr w:type="spellStart"/>
      <w:r>
        <w:t>Arbeitsbedingungen</w:t>
      </w:r>
      <w:proofErr w:type="spellEnd"/>
      <w:r>
        <w:t xml:space="preserve"> </w:t>
      </w:r>
      <w:proofErr w:type="spellStart"/>
      <w:r>
        <w:t>sprechen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Verantwortung</w:t>
      </w:r>
      <w:proofErr w:type="spellEnd"/>
      <w:r>
        <w:t xml:space="preserve"> </w:t>
      </w:r>
      <w:proofErr w:type="spellStart"/>
      <w:r>
        <w:t>einfordert</w:t>
      </w:r>
      <w:proofErr w:type="spellEnd"/>
      <w:r>
        <w:t xml:space="preserve">, muss den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den </w:t>
      </w:r>
      <w:proofErr w:type="spellStart"/>
      <w:r>
        <w:t>notwendigen</w:t>
      </w:r>
      <w:proofErr w:type="spellEnd"/>
      <w:r>
        <w:t xml:space="preserve"> </w:t>
      </w:r>
      <w:proofErr w:type="spellStart"/>
      <w:r>
        <w:t>Gestaltungsspielraum</w:t>
      </w:r>
      <w:proofErr w:type="spellEnd"/>
      <w:r>
        <w:t xml:space="preserve"> </w:t>
      </w:r>
      <w:proofErr w:type="spellStart"/>
      <w:r>
        <w:t>geben</w:t>
      </w:r>
      <w:proofErr w:type="spellEnd"/>
      <w:r>
        <w:t xml:space="preserve">. „Gute </w:t>
      </w:r>
      <w:proofErr w:type="spellStart"/>
      <w:r>
        <w:t>Führung</w:t>
      </w:r>
      <w:proofErr w:type="spellEnd"/>
      <w:r>
        <w:t xml:space="preserve"> </w:t>
      </w:r>
      <w:proofErr w:type="spellStart"/>
      <w:r>
        <w:t>zeichnet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nicht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Kontrollen</w:t>
      </w:r>
      <w:proofErr w:type="spellEnd"/>
      <w:r>
        <w:t xml:space="preserve"> </w:t>
      </w:r>
      <w:proofErr w:type="spellStart"/>
      <w:r>
        <w:t>einzuführen</w:t>
      </w:r>
      <w:proofErr w:type="spellEnd"/>
      <w:r>
        <w:t xml:space="preserve">. „Gute </w:t>
      </w:r>
      <w:proofErr w:type="spellStart"/>
      <w:r>
        <w:t>Führung</w:t>
      </w:r>
      <w:proofErr w:type="spellEnd"/>
      <w:r>
        <w:t xml:space="preserve"> </w:t>
      </w:r>
      <w:proofErr w:type="spellStart"/>
      <w:r>
        <w:t>schafft</w:t>
      </w:r>
      <w:proofErr w:type="spellEnd"/>
      <w:r>
        <w:t xml:space="preserve"> </w:t>
      </w:r>
      <w:proofErr w:type="spellStart"/>
      <w:r>
        <w:t>Rahmenbedingungen</w:t>
      </w:r>
      <w:proofErr w:type="spellEnd"/>
      <w:r>
        <w:t xml:space="preserve">, in </w:t>
      </w:r>
      <w:proofErr w:type="spellStart"/>
      <w:r>
        <w:t>denen</w:t>
      </w:r>
      <w:proofErr w:type="spellEnd"/>
      <w:r>
        <w:t xml:space="preserve"> Menschen </w:t>
      </w:r>
      <w:proofErr w:type="spellStart"/>
      <w:r>
        <w:t>Verantwortung</w:t>
      </w:r>
      <w:proofErr w:type="spellEnd"/>
      <w:r>
        <w:t xml:space="preserve"> </w:t>
      </w:r>
      <w:proofErr w:type="spellStart"/>
      <w:r>
        <w:t>übernehmen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die Justiz </w:t>
      </w:r>
      <w:proofErr w:type="spellStart"/>
      <w:r>
        <w:t>lebt</w:t>
      </w:r>
      <w:proofErr w:type="spellEnd"/>
      <w:r>
        <w:t xml:space="preserve"> von </w:t>
      </w:r>
      <w:proofErr w:type="spellStart"/>
      <w:r>
        <w:t>Verlässlichkeit</w:t>
      </w:r>
      <w:proofErr w:type="spellEnd"/>
      <w:r>
        <w:t xml:space="preserve">, </w:t>
      </w:r>
      <w:proofErr w:type="spellStart"/>
      <w:r>
        <w:t>Professionalität</w:t>
      </w:r>
      <w:proofErr w:type="spellEnd"/>
      <w:r>
        <w:t xml:space="preserve"> und </w:t>
      </w:r>
      <w:proofErr w:type="spellStart"/>
      <w:r>
        <w:t>Eigenverantwortung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Beschäftigten</w:t>
      </w:r>
      <w:proofErr w:type="spellEnd"/>
      <w:r>
        <w:t xml:space="preserve">. Dieses Fundament </w:t>
      </w:r>
      <w:proofErr w:type="spellStart"/>
      <w:r>
        <w:t>wird</w:t>
      </w:r>
      <w:proofErr w:type="spellEnd"/>
      <w:r>
        <w:t xml:space="preserve"> nicht </w:t>
      </w:r>
      <w:proofErr w:type="spellStart"/>
      <w:r>
        <w:t>stärker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Misstrauen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Führungsstrategie</w:t>
      </w:r>
      <w:proofErr w:type="spellEnd"/>
      <w:r>
        <w:t xml:space="preserve"> </w:t>
      </w:r>
      <w:proofErr w:type="spellStart"/>
      <w:r>
        <w:t>wird</w:t>
      </w:r>
      <w:proofErr w:type="spellEnd"/>
      <w:r>
        <w:t>. Die Deutsche Justiz-</w:t>
      </w:r>
      <w:proofErr w:type="spellStart"/>
      <w:r>
        <w:t>Gewerkschaft</w:t>
      </w:r>
      <w:proofErr w:type="spellEnd"/>
      <w:r>
        <w:t xml:space="preserve"> Hessen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für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Haltung</w:t>
      </w:r>
      <w:proofErr w:type="spellEnd"/>
      <w:r>
        <w:t xml:space="preserve">: • Wir </w:t>
      </w:r>
      <w:proofErr w:type="spellStart"/>
      <w:r>
        <w:t>setzen</w:t>
      </w:r>
      <w:proofErr w:type="spellEnd"/>
      <w:r>
        <w:t xml:space="preserve"> auf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Generalverdacht</w:t>
      </w:r>
      <w:proofErr w:type="spellEnd"/>
      <w:r>
        <w:t xml:space="preserve">. • Auf </w:t>
      </w:r>
      <w:proofErr w:type="spellStart"/>
      <w:r>
        <w:t>Verantwortung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Rechtfertigungsdruck</w:t>
      </w:r>
      <w:proofErr w:type="spellEnd"/>
      <w:r>
        <w:t xml:space="preserve">. • Auf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Arbeitsbedingungen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zusätzlicher</w:t>
      </w:r>
      <w:proofErr w:type="spellEnd"/>
      <w:r>
        <w:t xml:space="preserve"> </w:t>
      </w:r>
      <w:proofErr w:type="spellStart"/>
      <w:r>
        <w:t>Bürokratie</w:t>
      </w:r>
      <w:proofErr w:type="spellEnd"/>
      <w:r>
        <w:t xml:space="preserve">. • Nicht 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schafft</w:t>
      </w:r>
      <w:proofErr w:type="spellEnd"/>
      <w:r>
        <w:t xml:space="preserve"> Motivation. • Nicht </w:t>
      </w:r>
      <w:proofErr w:type="spellStart"/>
      <w:r>
        <w:t>Misstrauen</w:t>
      </w:r>
      <w:proofErr w:type="spellEnd"/>
      <w:r>
        <w:t xml:space="preserve"> </w:t>
      </w:r>
      <w:proofErr w:type="spellStart"/>
      <w:r>
        <w:t>stärkt</w:t>
      </w:r>
      <w:proofErr w:type="spellEnd"/>
      <w:r>
        <w:t xml:space="preserve"> </w:t>
      </w:r>
      <w:proofErr w:type="spellStart"/>
      <w:r>
        <w:t>Leistungsbereitschaft</w:t>
      </w:r>
      <w:proofErr w:type="spellEnd"/>
      <w:r>
        <w:t>.</w:t>
      </w:r>
    </w:p>
    <w:p w14:paraId="7D5C5FEC" w14:textId="77777777" w:rsidR="00132049" w:rsidRDefault="00000000">
      <w:proofErr w:type="spellStart"/>
      <w:r>
        <w:t>Wer</w:t>
      </w:r>
      <w:proofErr w:type="spellEnd"/>
      <w:r>
        <w:t xml:space="preserve"> den </w:t>
      </w:r>
      <w:proofErr w:type="spellStart"/>
      <w:r>
        <w:t>öffentlichen</w:t>
      </w:r>
      <w:proofErr w:type="spellEnd"/>
      <w:r>
        <w:t xml:space="preserve"> Dienst </w:t>
      </w:r>
      <w:proofErr w:type="spellStart"/>
      <w:r>
        <w:t>zukunftsfähig</w:t>
      </w:r>
      <w:proofErr w:type="spellEnd"/>
      <w:r>
        <w:t xml:space="preserve"> </w:t>
      </w:r>
      <w:proofErr w:type="spellStart"/>
      <w:r>
        <w:t>machen</w:t>
      </w:r>
      <w:proofErr w:type="spellEnd"/>
      <w:r>
        <w:t xml:space="preserve"> will, </w:t>
      </w:r>
      <w:proofErr w:type="spellStart"/>
      <w:r>
        <w:t>braucht</w:t>
      </w:r>
      <w:proofErr w:type="spellEnd"/>
      <w:r>
        <w:t xml:space="preserve"> </w:t>
      </w:r>
      <w:proofErr w:type="spellStart"/>
      <w:r>
        <w:t>qualifizierte</w:t>
      </w:r>
      <w:proofErr w:type="spellEnd"/>
      <w:r>
        <w:t xml:space="preserve"> und </w:t>
      </w:r>
      <w:proofErr w:type="spellStart"/>
      <w:r>
        <w:t>engagierte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gewinnt</w:t>
      </w:r>
      <w:proofErr w:type="spellEnd"/>
      <w:r>
        <w:t xml:space="preserve"> und </w:t>
      </w:r>
      <w:proofErr w:type="spellStart"/>
      <w:r>
        <w:t>hält</w:t>
      </w:r>
      <w:proofErr w:type="spellEnd"/>
      <w:r>
        <w:t xml:space="preserve"> man nicht </w:t>
      </w:r>
      <w:proofErr w:type="spellStart"/>
      <w:r>
        <w:t>durch</w:t>
      </w:r>
      <w:proofErr w:type="spellEnd"/>
      <w:r>
        <w:t xml:space="preserve"> immer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Nachweispflichten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Wertschätzung</w:t>
      </w:r>
      <w:proofErr w:type="spellEnd"/>
      <w:r>
        <w:t xml:space="preserve">, </w:t>
      </w:r>
      <w:proofErr w:type="spellStart"/>
      <w:r>
        <w:t>Verlässlichkeit</w:t>
      </w:r>
      <w:proofErr w:type="spellEnd"/>
      <w:r>
        <w:t xml:space="preserve"> und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Führungskultur</w:t>
      </w:r>
      <w:proofErr w:type="spellEnd"/>
      <w:r>
        <w:t xml:space="preserve">, die den Menschen </w:t>
      </w:r>
      <w:proofErr w:type="spellStart"/>
      <w:r>
        <w:t>vertraut</w:t>
      </w:r>
      <w:proofErr w:type="spellEnd"/>
      <w:r>
        <w:t xml:space="preserve">. „Denn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Risiko.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Voraussetzung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Zusammenarbeit </w:t>
      </w:r>
      <w:proofErr w:type="spellStart"/>
      <w:r>
        <w:t>funktioniert</w:t>
      </w:r>
      <w:proofErr w:type="spellEnd"/>
      <w:r>
        <w:t xml:space="preserve">. Was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notwendig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Deutsche Justiz-</w:t>
      </w:r>
      <w:proofErr w:type="spellStart"/>
      <w:r>
        <w:t>Gewerkschaft</w:t>
      </w:r>
      <w:proofErr w:type="spellEnd"/>
      <w:r>
        <w:t xml:space="preserve"> Hessen </w:t>
      </w:r>
      <w:proofErr w:type="spellStart"/>
      <w:r>
        <w:t>möchte</w:t>
      </w:r>
      <w:proofErr w:type="spellEnd"/>
      <w:r>
        <w:t xml:space="preserve"> die </w:t>
      </w:r>
      <w:proofErr w:type="spellStart"/>
      <w:r>
        <w:t>Diskussion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auf das </w:t>
      </w:r>
      <w:proofErr w:type="spellStart"/>
      <w:r>
        <w:t>lenken</w:t>
      </w:r>
      <w:proofErr w:type="spellEnd"/>
      <w:r>
        <w:t xml:space="preserve">, </w:t>
      </w:r>
      <w:proofErr w:type="spellStart"/>
      <w:r>
        <w:t>worauf</w:t>
      </w:r>
      <w:proofErr w:type="spellEnd"/>
      <w:r>
        <w:t xml:space="preserve"> es </w:t>
      </w:r>
      <w:proofErr w:type="spellStart"/>
      <w:r>
        <w:t>wirklich</w:t>
      </w:r>
      <w:proofErr w:type="spellEnd"/>
      <w:r>
        <w:t xml:space="preserve"> </w:t>
      </w:r>
      <w:proofErr w:type="spellStart"/>
      <w:r>
        <w:t>ankommt</w:t>
      </w:r>
      <w:proofErr w:type="spellEnd"/>
      <w:r>
        <w:t xml:space="preserve">. </w:t>
      </w:r>
      <w:proofErr w:type="spellStart"/>
      <w:r>
        <w:t>Führung</w:t>
      </w:r>
      <w:proofErr w:type="spellEnd"/>
      <w:r>
        <w:t xml:space="preserve"> muss </w:t>
      </w:r>
      <w:proofErr w:type="spellStart"/>
      <w:r>
        <w:t>Ursachen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Symptome</w:t>
      </w:r>
      <w:proofErr w:type="spellEnd"/>
      <w:r>
        <w:t xml:space="preserve"> in den Blick </w:t>
      </w:r>
      <w:proofErr w:type="spellStart"/>
      <w:r>
        <w:t>nehmen</w:t>
      </w:r>
      <w:proofErr w:type="spellEnd"/>
      <w:r>
        <w:t xml:space="preserve">. </w:t>
      </w:r>
      <w:proofErr w:type="spellStart"/>
      <w:r>
        <w:t>Fehlzeiten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zunächst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Signal -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Fehlverhalten</w:t>
      </w:r>
      <w:proofErr w:type="spellEnd"/>
      <w:r>
        <w:t xml:space="preserve">. Bevor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Kontrollmechanismen</w:t>
      </w:r>
      <w:proofErr w:type="spellEnd"/>
      <w:r>
        <w:t xml:space="preserve"> </w:t>
      </w:r>
      <w:proofErr w:type="spellStart"/>
      <w:r>
        <w:t>eingeführt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gefragt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Belastungen</w:t>
      </w:r>
      <w:proofErr w:type="spellEnd"/>
      <w:r>
        <w:t xml:space="preserve"> </w:t>
      </w:r>
      <w:proofErr w:type="spellStart"/>
      <w:r>
        <w:t>zunehmen</w:t>
      </w:r>
      <w:proofErr w:type="spellEnd"/>
      <w:r>
        <w:t xml:space="preserve">. </w:t>
      </w:r>
      <w:proofErr w:type="spellStart"/>
      <w:r>
        <w:t>Arbeitsverdichtung</w:t>
      </w:r>
      <w:proofErr w:type="spellEnd"/>
      <w:r>
        <w:t xml:space="preserve">, </w:t>
      </w:r>
      <w:proofErr w:type="spellStart"/>
      <w:r>
        <w:t>Personalmangel</w:t>
      </w:r>
      <w:proofErr w:type="spellEnd"/>
      <w:r>
        <w:t xml:space="preserve">, </w:t>
      </w:r>
      <w:proofErr w:type="spellStart"/>
      <w:r>
        <w:t>psychischer</w:t>
      </w:r>
      <w:proofErr w:type="spellEnd"/>
      <w:r>
        <w:t xml:space="preserve"> Druck und immer </w:t>
      </w:r>
      <w:proofErr w:type="spellStart"/>
      <w:r>
        <w:t>komplexere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nicht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Nachweispflichten</w:t>
      </w:r>
      <w:proofErr w:type="spellEnd"/>
      <w:r>
        <w:t xml:space="preserve"> </w:t>
      </w:r>
      <w:proofErr w:type="spellStart"/>
      <w:r>
        <w:t>lösen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nachhaltige</w:t>
      </w:r>
      <w:proofErr w:type="spellEnd"/>
      <w:r>
        <w:t xml:space="preserve"> </w:t>
      </w:r>
      <w:proofErr w:type="spellStart"/>
      <w:r>
        <w:t>Verbesserungen</w:t>
      </w:r>
      <w:proofErr w:type="spellEnd"/>
      <w:r>
        <w:t xml:space="preserve"> </w:t>
      </w:r>
      <w:proofErr w:type="spellStart"/>
      <w:r>
        <w:t>erreichen</w:t>
      </w:r>
      <w:proofErr w:type="spellEnd"/>
      <w:r>
        <w:t xml:space="preserve"> will, muss an den </w:t>
      </w:r>
      <w:proofErr w:type="spellStart"/>
      <w:r>
        <w:t>Ursachen</w:t>
      </w:r>
      <w:proofErr w:type="spellEnd"/>
      <w:r>
        <w:t xml:space="preserve"> </w:t>
      </w:r>
      <w:proofErr w:type="spellStart"/>
      <w:r>
        <w:t>ansetzen</w:t>
      </w:r>
      <w:proofErr w:type="spellEnd"/>
      <w:r>
        <w:t xml:space="preserve">. </w:t>
      </w:r>
      <w:proofErr w:type="spellStart"/>
      <w:r>
        <w:t>Vertrauen</w:t>
      </w:r>
      <w:proofErr w:type="spellEnd"/>
      <w:r>
        <w:t xml:space="preserve"> muss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Führungsprinzip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Gute </w:t>
      </w:r>
      <w:proofErr w:type="spellStart"/>
      <w:r>
        <w:t>Führung</w:t>
      </w:r>
      <w:proofErr w:type="spellEnd"/>
      <w:r>
        <w:t xml:space="preserve">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nicht </w:t>
      </w:r>
      <w:proofErr w:type="spellStart"/>
      <w:r>
        <w:t>darin</w:t>
      </w:r>
      <w:proofErr w:type="spellEnd"/>
      <w:r>
        <w:t xml:space="preserve">,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Kontrollen</w:t>
      </w:r>
      <w:proofErr w:type="spellEnd"/>
      <w:r>
        <w:t xml:space="preserve"> </w:t>
      </w:r>
      <w:proofErr w:type="spellStart"/>
      <w:r>
        <w:t>einzuführen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, Menschen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befähigen</w:t>
      </w:r>
      <w:proofErr w:type="spellEnd"/>
      <w:r>
        <w:t xml:space="preserve">, </w:t>
      </w:r>
      <w:proofErr w:type="spellStart"/>
      <w:r>
        <w:t>Verantwortung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übernehmen</w:t>
      </w:r>
      <w:proofErr w:type="spellEnd"/>
      <w:r>
        <w:t xml:space="preserve">. </w:t>
      </w:r>
      <w:proofErr w:type="spellStart"/>
      <w:r>
        <w:t>Führungskräfte</w:t>
      </w:r>
      <w:proofErr w:type="spellEnd"/>
      <w:r>
        <w:t xml:space="preserve"> </w:t>
      </w:r>
      <w:proofErr w:type="spellStart"/>
      <w:r>
        <w:t>sollten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 </w:t>
      </w:r>
      <w:proofErr w:type="spellStart"/>
      <w:r>
        <w:t>gemessen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Teams </w:t>
      </w:r>
      <w:proofErr w:type="spellStart"/>
      <w:r>
        <w:t>entwickeln</w:t>
      </w:r>
      <w:proofErr w:type="spellEnd"/>
      <w:r>
        <w:t xml:space="preserve">, Motivation </w:t>
      </w:r>
      <w:proofErr w:type="spellStart"/>
      <w:r>
        <w:t>fördern</w:t>
      </w:r>
      <w:proofErr w:type="spellEnd"/>
      <w:r>
        <w:t xml:space="preserve"> und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Arbeitsbedingungen</w:t>
      </w:r>
      <w:proofErr w:type="spellEnd"/>
      <w:r>
        <w:t xml:space="preserve"> </w:t>
      </w:r>
      <w:proofErr w:type="spellStart"/>
      <w:r>
        <w:t>schaffen</w:t>
      </w:r>
      <w:proofErr w:type="spellEnd"/>
      <w:r>
        <w:t xml:space="preserve"> </w:t>
      </w:r>
      <w:r>
        <w:lastRenderedPageBreak/>
        <w:t xml:space="preserve">- nicht </w:t>
      </w:r>
      <w:proofErr w:type="spellStart"/>
      <w:r>
        <w:t>daran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kontrollieren</w:t>
      </w:r>
      <w:proofErr w:type="spellEnd"/>
      <w:r>
        <w:t xml:space="preserve">. </w:t>
      </w:r>
      <w:proofErr w:type="spellStart"/>
      <w:r>
        <w:t>Vertrauen</w:t>
      </w:r>
      <w:proofErr w:type="spellEnd"/>
      <w:r>
        <w:t xml:space="preserve"> und </w:t>
      </w:r>
      <w:proofErr w:type="spellStart"/>
      <w:r>
        <w:t>Eigenverantwortung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weichen</w:t>
      </w:r>
      <w:proofErr w:type="spellEnd"/>
      <w:r>
        <w:t xml:space="preserve"> </w:t>
      </w:r>
      <w:proofErr w:type="spellStart"/>
      <w:r>
        <w:t>Faktoren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Voraussetzungen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leistungsfähigen</w:t>
      </w:r>
      <w:proofErr w:type="spellEnd"/>
      <w:r>
        <w:t xml:space="preserve"> und </w:t>
      </w:r>
      <w:proofErr w:type="spellStart"/>
      <w:r>
        <w:t>modernen</w:t>
      </w:r>
      <w:proofErr w:type="spellEnd"/>
      <w:r>
        <w:t xml:space="preserve"> </w:t>
      </w:r>
      <w:proofErr w:type="spellStart"/>
      <w:r>
        <w:t>Justizverwaltung</w:t>
      </w:r>
      <w:proofErr w:type="spellEnd"/>
      <w:r>
        <w:t xml:space="preserve">. Die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Teil der </w:t>
      </w:r>
      <w:proofErr w:type="spellStart"/>
      <w:r>
        <w:t>Lösung</w:t>
      </w:r>
      <w:proofErr w:type="spellEnd"/>
      <w:r>
        <w:t xml:space="preserve"> sein.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Arbeitsabläufe</w:t>
      </w:r>
      <w:proofErr w:type="spellEnd"/>
      <w:r>
        <w:t xml:space="preserve"> </w:t>
      </w:r>
      <w:proofErr w:type="spellStart"/>
      <w:r>
        <w:t>verändern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Prozesse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,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diejenigen</w:t>
      </w:r>
      <w:proofErr w:type="spellEnd"/>
      <w:r>
        <w:t xml:space="preserve"> </w:t>
      </w:r>
      <w:proofErr w:type="spellStart"/>
      <w:r>
        <w:t>einbeziehen</w:t>
      </w:r>
      <w:proofErr w:type="spellEnd"/>
      <w:r>
        <w:t xml:space="preserve">, die </w:t>
      </w:r>
      <w:proofErr w:type="spellStart"/>
      <w:r>
        <w:t>täglich</w:t>
      </w:r>
      <w:proofErr w:type="spellEnd"/>
      <w:r>
        <w:t xml:space="preserve"> mit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. </w:t>
      </w:r>
      <w:proofErr w:type="spellStart"/>
      <w:r>
        <w:t>Beschäftigte</w:t>
      </w:r>
      <w:proofErr w:type="spellEnd"/>
      <w:r>
        <w:t xml:space="preserve"> und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Personalvertretungen</w:t>
      </w:r>
      <w:proofErr w:type="spellEnd"/>
      <w:r>
        <w:t xml:space="preserve"> </w:t>
      </w:r>
      <w:proofErr w:type="spellStart"/>
      <w:r>
        <w:t>kennen</w:t>
      </w:r>
      <w:proofErr w:type="spellEnd"/>
      <w:r>
        <w:t xml:space="preserve"> die </w:t>
      </w:r>
      <w:proofErr w:type="spellStart"/>
      <w:r>
        <w:t>praktischen</w:t>
      </w:r>
      <w:proofErr w:type="spellEnd"/>
      <w:r>
        <w:t xml:space="preserve"> </w:t>
      </w:r>
      <w:proofErr w:type="spellStart"/>
      <w:r>
        <w:t>Herausforderungen</w:t>
      </w:r>
      <w:proofErr w:type="spellEnd"/>
      <w:r>
        <w:t xml:space="preserve"> </w:t>
      </w:r>
      <w:proofErr w:type="spellStart"/>
      <w:r>
        <w:t>häufig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Organisationsanalyse</w:t>
      </w:r>
      <w:proofErr w:type="spellEnd"/>
      <w:r>
        <w:t xml:space="preserve">. Gute </w:t>
      </w:r>
      <w:proofErr w:type="spellStart"/>
      <w:r>
        <w:t>Lösungen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, wo </w:t>
      </w:r>
      <w:proofErr w:type="spellStart"/>
      <w:r>
        <w:t>Erfahrung</w:t>
      </w:r>
      <w:proofErr w:type="spellEnd"/>
      <w:r>
        <w:t xml:space="preserve"> </w:t>
      </w:r>
      <w:proofErr w:type="spellStart"/>
      <w:r>
        <w:t>ernst</w:t>
      </w:r>
      <w:proofErr w:type="spellEnd"/>
      <w:r>
        <w:t xml:space="preserve"> </w:t>
      </w:r>
      <w:proofErr w:type="spellStart"/>
      <w:r>
        <w:t>genommen</w:t>
      </w:r>
      <w:proofErr w:type="spellEnd"/>
      <w:r>
        <w:t xml:space="preserve"> und </w:t>
      </w:r>
      <w:proofErr w:type="spellStart"/>
      <w:r>
        <w:t>Beteiligung</w:t>
      </w:r>
      <w:proofErr w:type="spellEnd"/>
      <w:r>
        <w:t xml:space="preserve"> </w:t>
      </w:r>
      <w:proofErr w:type="spellStart"/>
      <w:r>
        <w:t>gelebt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- nicht </w:t>
      </w:r>
      <w:proofErr w:type="spellStart"/>
      <w:r>
        <w:t>allein</w:t>
      </w:r>
      <w:proofErr w:type="spellEnd"/>
      <w:r>
        <w:t xml:space="preserve"> am </w:t>
      </w:r>
      <w:proofErr w:type="spellStart"/>
      <w:r>
        <w:t>Schreibtisch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Behördenleitung</w:t>
      </w:r>
      <w:proofErr w:type="spellEnd"/>
      <w:r>
        <w:t xml:space="preserve">. Die Justiz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Herausforderungen</w:t>
      </w:r>
      <w:proofErr w:type="spellEnd"/>
      <w:r>
        <w:t xml:space="preserve">. </w:t>
      </w:r>
      <w:proofErr w:type="spellStart"/>
      <w:r>
        <w:t>Nachwuchsgewinnung</w:t>
      </w:r>
      <w:proofErr w:type="spellEnd"/>
      <w:r>
        <w:t xml:space="preserve">, </w:t>
      </w:r>
      <w:proofErr w:type="spellStart"/>
      <w:r>
        <w:t>Modernisierung</w:t>
      </w:r>
      <w:proofErr w:type="spellEnd"/>
      <w:r>
        <w:t xml:space="preserve"> der </w:t>
      </w:r>
      <w:proofErr w:type="spellStart"/>
      <w:r>
        <w:t>bestehenden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, </w:t>
      </w:r>
      <w:proofErr w:type="spellStart"/>
      <w:r>
        <w:t>steigende</w:t>
      </w:r>
      <w:proofErr w:type="spellEnd"/>
      <w:r>
        <w:t xml:space="preserve"> </w:t>
      </w:r>
      <w:proofErr w:type="spellStart"/>
      <w:r>
        <w:t>Verfahrenszahlen</w:t>
      </w:r>
      <w:proofErr w:type="spellEnd"/>
      <w:r>
        <w:t xml:space="preserve"> und der </w:t>
      </w:r>
      <w:proofErr w:type="spellStart"/>
      <w:r>
        <w:t>demografische</w:t>
      </w:r>
      <w:proofErr w:type="spellEnd"/>
      <w:r>
        <w:t xml:space="preserve"> Wandel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nicht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bewältigen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. </w:t>
      </w:r>
      <w:proofErr w:type="spellStart"/>
      <w:r>
        <w:t>Gefragt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vielmehr</w:t>
      </w:r>
      <w:proofErr w:type="spellEnd"/>
      <w:r>
        <w:t xml:space="preserve"> </w:t>
      </w:r>
      <w:proofErr w:type="spellStart"/>
      <w:r>
        <w:t>gute</w:t>
      </w:r>
      <w:proofErr w:type="spellEnd"/>
      <w:r>
        <w:t xml:space="preserve"> </w:t>
      </w:r>
      <w:proofErr w:type="spellStart"/>
      <w:r>
        <w:t>Führung</w:t>
      </w:r>
      <w:proofErr w:type="spellEnd"/>
      <w:r>
        <w:t xml:space="preserve">, </w:t>
      </w:r>
      <w:proofErr w:type="spellStart"/>
      <w:r>
        <w:t>verlässliche</w:t>
      </w:r>
      <w:proofErr w:type="spellEnd"/>
      <w:r>
        <w:t xml:space="preserve"> </w:t>
      </w:r>
      <w:proofErr w:type="spellStart"/>
      <w:r>
        <w:t>Rahmenbedingungen</w:t>
      </w:r>
      <w:proofErr w:type="spellEnd"/>
      <w:r>
        <w:t xml:space="preserve"> und das </w:t>
      </w:r>
      <w:proofErr w:type="spellStart"/>
      <w:r>
        <w:t>Vertrauen</w:t>
      </w:r>
      <w:proofErr w:type="spellEnd"/>
      <w:r>
        <w:t xml:space="preserve"> in die </w:t>
      </w:r>
      <w:proofErr w:type="spellStart"/>
      <w:r>
        <w:t>Kompetenz</w:t>
      </w:r>
      <w:proofErr w:type="spellEnd"/>
      <w:r>
        <w:t xml:space="preserve"> der </w:t>
      </w:r>
      <w:proofErr w:type="spellStart"/>
      <w:r>
        <w:t>Beschäftigten</w:t>
      </w:r>
      <w:proofErr w:type="spellEnd"/>
      <w:r>
        <w:t xml:space="preserve">. „Denn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Risiko.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Grundlage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funktionierenden</w:t>
      </w:r>
      <w:proofErr w:type="spellEnd"/>
      <w:r>
        <w:t xml:space="preserve"> </w:t>
      </w:r>
      <w:proofErr w:type="spellStart"/>
      <w:r>
        <w:t>Rechtsstaats</w:t>
      </w:r>
      <w:proofErr w:type="spellEnd"/>
      <w:r>
        <w:t>.</w:t>
      </w:r>
    </w:p>
    <w:p w14:paraId="5BD8C91C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proofErr w:type="spellStart"/>
      <w:r>
        <w:t>Karikatur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ärztlichen</w:t>
      </w:r>
      <w:proofErr w:type="spellEnd"/>
      <w:r>
        <w:t xml:space="preserve"> </w:t>
      </w:r>
      <w:proofErr w:type="spellStart"/>
      <w:r>
        <w:t>Untersuchung</w:t>
      </w:r>
      <w:proofErr w:type="spellEnd"/>
      <w:r>
        <w:t xml:space="preserve">. Auf dem </w:t>
      </w:r>
      <w:proofErr w:type="spellStart"/>
      <w:r>
        <w:t>Bildschirm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Diagnose „</w:t>
      </w:r>
      <w:proofErr w:type="spellStart"/>
      <w:r>
        <w:t>Misstrauenskultur</w:t>
      </w:r>
      <w:proofErr w:type="spellEnd"/>
      <w:r>
        <w:t xml:space="preserve">“; </w:t>
      </w:r>
      <w:proofErr w:type="spellStart"/>
      <w:r>
        <w:t>daneben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Schild „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Vertrauen</w:t>
      </w:r>
      <w:proofErr w:type="spellEnd"/>
      <w:r>
        <w:t>“.</w:t>
      </w:r>
    </w:p>
    <w:p w14:paraId="26A828FD" w14:textId="77777777" w:rsidR="00132049" w:rsidRDefault="00000000">
      <w:r>
        <w:br w:type="page"/>
      </w:r>
    </w:p>
    <w:p w14:paraId="1C394861" w14:textId="77777777" w:rsidR="00132049" w:rsidRDefault="00000000">
      <w:pPr>
        <w:pStyle w:val="berschrift1"/>
      </w:pPr>
      <w:r>
        <w:lastRenderedPageBreak/>
        <w:t xml:space="preserve">Wir </w:t>
      </w:r>
      <w:proofErr w:type="spellStart"/>
      <w:r>
        <w:t>wissen</w:t>
      </w:r>
      <w:proofErr w:type="spellEnd"/>
      <w:r>
        <w:t xml:space="preserve"> es </w:t>
      </w:r>
      <w:proofErr w:type="spellStart"/>
      <w:r>
        <w:t>noch</w:t>
      </w:r>
      <w:proofErr w:type="spellEnd"/>
      <w:r>
        <w:t xml:space="preserve"> nicht</w:t>
      </w:r>
    </w:p>
    <w:p w14:paraId="5C9A7C3D" w14:textId="77777777" w:rsidR="00132049" w:rsidRDefault="00000000">
      <w:proofErr w:type="spellStart"/>
      <w:r>
        <w:rPr>
          <w:i/>
        </w:rPr>
        <w:t>Untertitel</w:t>
      </w:r>
      <w:proofErr w:type="spellEnd"/>
      <w:r>
        <w:rPr>
          <w:i/>
        </w:rPr>
        <w:t xml:space="preserve">: Der </w:t>
      </w:r>
      <w:proofErr w:type="spellStart"/>
      <w:r>
        <w:rPr>
          <w:i/>
        </w:rPr>
        <w:t>Umgang</w:t>
      </w:r>
      <w:proofErr w:type="spellEnd"/>
      <w:r>
        <w:rPr>
          <w:i/>
        </w:rPr>
        <w:t xml:space="preserve"> mit </w:t>
      </w:r>
      <w:proofErr w:type="spellStart"/>
      <w:r>
        <w:rPr>
          <w:i/>
        </w:rPr>
        <w:t>Störungen</w:t>
      </w:r>
      <w:proofErr w:type="spellEnd"/>
      <w:r>
        <w:rPr>
          <w:i/>
        </w:rPr>
        <w:t xml:space="preserve"> und die </w:t>
      </w:r>
      <w:proofErr w:type="spellStart"/>
      <w:r>
        <w:rPr>
          <w:i/>
        </w:rPr>
        <w:t>Erwartung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sofortiger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Antworten</w:t>
      </w:r>
      <w:proofErr w:type="spellEnd"/>
      <w:r>
        <w:rPr>
          <w:i/>
        </w:rPr>
        <w:t>.</w:t>
      </w:r>
    </w:p>
    <w:p w14:paraId="2D9D298C" w14:textId="77777777" w:rsidR="00132049" w:rsidRDefault="00000000">
      <w:r>
        <w:t xml:space="preserve">10 DJG Landesverband Hessen e.V. 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Sätze</w:t>
      </w:r>
      <w:proofErr w:type="spellEnd"/>
      <w:r>
        <w:t xml:space="preserve">, die </w:t>
      </w:r>
      <w:proofErr w:type="spellStart"/>
      <w:r>
        <w:t>früher</w:t>
      </w:r>
      <w:proofErr w:type="spellEnd"/>
      <w:r>
        <w:t xml:space="preserve"> </w:t>
      </w:r>
      <w:proofErr w:type="spellStart"/>
      <w:r>
        <w:t>völlig</w:t>
      </w:r>
      <w:proofErr w:type="spellEnd"/>
      <w:r>
        <w:t xml:space="preserve"> </w:t>
      </w:r>
      <w:proofErr w:type="spellStart"/>
      <w:r>
        <w:t>selbstverständlich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: „Das muss ich mir erst </w:t>
      </w:r>
      <w:proofErr w:type="spellStart"/>
      <w:r>
        <w:t>ansehen</w:t>
      </w:r>
      <w:proofErr w:type="spellEnd"/>
      <w:r>
        <w:t xml:space="preserve">.“ „Das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erst </w:t>
      </w:r>
      <w:proofErr w:type="spellStart"/>
      <w:r>
        <w:t>prüfen</w:t>
      </w:r>
      <w:proofErr w:type="spellEnd"/>
      <w:r>
        <w:t xml:space="preserve">.“ „Ich </w:t>
      </w:r>
      <w:proofErr w:type="spellStart"/>
      <w:r>
        <w:t>weiß</w:t>
      </w:r>
      <w:proofErr w:type="spellEnd"/>
      <w:r>
        <w:t xml:space="preserve"> es </w:t>
      </w:r>
      <w:proofErr w:type="spellStart"/>
      <w:r>
        <w:t>noch</w:t>
      </w:r>
      <w:proofErr w:type="spellEnd"/>
      <w:r>
        <w:t xml:space="preserve"> nicht.“ Niemand </w:t>
      </w:r>
      <w:proofErr w:type="spellStart"/>
      <w:r>
        <w:t>empfand</w:t>
      </w:r>
      <w:proofErr w:type="spellEnd"/>
      <w:r>
        <w:t xml:space="preserve"> das </w:t>
      </w:r>
      <w:proofErr w:type="spellStart"/>
      <w:r>
        <w:t>als</w:t>
      </w:r>
      <w:proofErr w:type="spellEnd"/>
      <w:r>
        <w:t xml:space="preserve"> </w:t>
      </w:r>
      <w:proofErr w:type="spellStart"/>
      <w:r>
        <w:t>Zeichen</w:t>
      </w:r>
      <w:proofErr w:type="spellEnd"/>
      <w:r>
        <w:t xml:space="preserve"> von </w:t>
      </w:r>
      <w:proofErr w:type="spellStart"/>
      <w:r>
        <w:t>Schwäche</w:t>
      </w:r>
      <w:proofErr w:type="spellEnd"/>
      <w:r>
        <w:t xml:space="preserve"> -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Gegenteil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so </w:t>
      </w:r>
      <w:proofErr w:type="spellStart"/>
      <w:r>
        <w:t>antwortete</w:t>
      </w:r>
      <w:proofErr w:type="spellEnd"/>
      <w:r>
        <w:t xml:space="preserve">, </w:t>
      </w:r>
      <w:proofErr w:type="spellStart"/>
      <w:r>
        <w:t>machte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er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Urteil</w:t>
      </w:r>
      <w:proofErr w:type="spellEnd"/>
      <w:r>
        <w:t xml:space="preserve"> erst </w:t>
      </w:r>
      <w:proofErr w:type="spellStart"/>
      <w:r>
        <w:t>bilden</w:t>
      </w:r>
      <w:proofErr w:type="spellEnd"/>
      <w:r>
        <w:t xml:space="preserve"> </w:t>
      </w:r>
      <w:proofErr w:type="spellStart"/>
      <w:r>
        <w:t>wollte</w:t>
      </w:r>
      <w:proofErr w:type="spellEnd"/>
      <w:r>
        <w:t xml:space="preserve">, </w:t>
      </w:r>
      <w:proofErr w:type="spellStart"/>
      <w:r>
        <w:t>nachdem</w:t>
      </w:r>
      <w:proofErr w:type="spellEnd"/>
      <w:r>
        <w:t xml:space="preserve"> er die </w:t>
      </w:r>
      <w:proofErr w:type="spellStart"/>
      <w:r>
        <w:t>notwendigen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gesammelt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. Heute </w:t>
      </w:r>
      <w:proofErr w:type="spellStart"/>
      <w:r>
        <w:t>scheint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Satz </w:t>
      </w:r>
      <w:proofErr w:type="spellStart"/>
      <w:r>
        <w:t>aus</w:t>
      </w:r>
      <w:proofErr w:type="spellEnd"/>
      <w:r>
        <w:t xml:space="preserve"> der Mode </w:t>
      </w:r>
      <w:proofErr w:type="spellStart"/>
      <w:r>
        <w:t>gekommen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sein. Wir leben in </w:t>
      </w:r>
      <w:proofErr w:type="spellStart"/>
      <w:r>
        <w:t>einer</w:t>
      </w:r>
      <w:proofErr w:type="spellEnd"/>
      <w:r>
        <w:t xml:space="preserve"> Zeit, in der auf </w:t>
      </w:r>
      <w:proofErr w:type="spellStart"/>
      <w:r>
        <w:t>nahezu</w:t>
      </w:r>
      <w:proofErr w:type="spellEnd"/>
      <w:r>
        <w:t xml:space="preserve"> </w:t>
      </w:r>
      <w:proofErr w:type="spellStart"/>
      <w:r>
        <w:t>jede</w:t>
      </w:r>
      <w:proofErr w:type="spellEnd"/>
      <w:r>
        <w:t xml:space="preserve"> Frage </w:t>
      </w:r>
      <w:proofErr w:type="spellStart"/>
      <w:r>
        <w:t>sofort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Antwort</w:t>
      </w:r>
      <w:proofErr w:type="spellEnd"/>
      <w:r>
        <w:t xml:space="preserve"> </w:t>
      </w:r>
      <w:proofErr w:type="spellStart"/>
      <w:r>
        <w:t>erwartet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präzise</w:t>
      </w:r>
      <w:proofErr w:type="spellEnd"/>
      <w:r>
        <w:t xml:space="preserve">, </w:t>
      </w:r>
      <w:proofErr w:type="spellStart"/>
      <w:r>
        <w:t>belastbar</w:t>
      </w:r>
      <w:proofErr w:type="spellEnd"/>
      <w:r>
        <w:t xml:space="preserve"> und am </w:t>
      </w:r>
      <w:proofErr w:type="spellStart"/>
      <w:r>
        <w:t>besten</w:t>
      </w:r>
      <w:proofErr w:type="spellEnd"/>
      <w:r>
        <w:t xml:space="preserve"> mit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konkreten</w:t>
      </w:r>
      <w:proofErr w:type="spellEnd"/>
      <w:r>
        <w:t xml:space="preserve"> </w:t>
      </w:r>
      <w:proofErr w:type="spellStart"/>
      <w:r>
        <w:t>Zeitangabe</w:t>
      </w:r>
      <w:proofErr w:type="spellEnd"/>
      <w:r>
        <w:t xml:space="preserve">.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das </w:t>
      </w:r>
      <w:proofErr w:type="spellStart"/>
      <w:r>
        <w:t>bei</w:t>
      </w:r>
      <w:proofErr w:type="spellEnd"/>
      <w:r>
        <w:t xml:space="preserve"> </w:t>
      </w:r>
      <w:proofErr w:type="spellStart"/>
      <w:r>
        <w:t>ITStörungen</w:t>
      </w:r>
      <w:proofErr w:type="spellEnd"/>
      <w:r>
        <w:t xml:space="preserve">. Kaum </w:t>
      </w:r>
      <w:proofErr w:type="spellStart"/>
      <w:r>
        <w:t>funktioniert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Anwendung</w:t>
      </w:r>
      <w:proofErr w:type="spellEnd"/>
      <w:r>
        <w:t xml:space="preserve"> nicht </w:t>
      </w:r>
      <w:proofErr w:type="spellStart"/>
      <w:r>
        <w:t>mehr</w:t>
      </w:r>
      <w:proofErr w:type="spellEnd"/>
      <w:r>
        <w:t xml:space="preserve">, </w:t>
      </w:r>
      <w:proofErr w:type="spellStart"/>
      <w:r>
        <w:t>entstehen</w:t>
      </w:r>
      <w:proofErr w:type="spellEnd"/>
      <w:r>
        <w:t xml:space="preserve"> </w:t>
      </w:r>
      <w:proofErr w:type="spellStart"/>
      <w:r>
        <w:t>sofort</w:t>
      </w:r>
      <w:proofErr w:type="spellEnd"/>
      <w:r>
        <w:t xml:space="preserve"> </w:t>
      </w:r>
      <w:proofErr w:type="spellStart"/>
      <w:r>
        <w:t>verständliche</w:t>
      </w:r>
      <w:proofErr w:type="spellEnd"/>
      <w:r>
        <w:t xml:space="preserve"> </w:t>
      </w:r>
      <w:proofErr w:type="spellStart"/>
      <w:r>
        <w:t>Fragen</w:t>
      </w:r>
      <w:proofErr w:type="spellEnd"/>
      <w:r>
        <w:t xml:space="preserve">: Was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passiert</w:t>
      </w:r>
      <w:proofErr w:type="spellEnd"/>
      <w:r>
        <w:t xml:space="preserve">? </w:t>
      </w:r>
      <w:proofErr w:type="spellStart"/>
      <w:r>
        <w:t>Wer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betroffen</w:t>
      </w:r>
      <w:proofErr w:type="spellEnd"/>
      <w:r>
        <w:t xml:space="preserve">? Und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: Wann </w:t>
      </w:r>
      <w:proofErr w:type="spellStart"/>
      <w:r>
        <w:t>geht</w:t>
      </w:r>
      <w:proofErr w:type="spellEnd"/>
      <w:r>
        <w:t xml:space="preserve"> es </w:t>
      </w:r>
      <w:proofErr w:type="spellStart"/>
      <w:r>
        <w:t>wieder</w:t>
      </w:r>
      <w:proofErr w:type="spellEnd"/>
      <w:r>
        <w:t xml:space="preserve">? Die Frage </w:t>
      </w:r>
      <w:proofErr w:type="spellStart"/>
      <w:r>
        <w:t>ist</w:t>
      </w:r>
      <w:proofErr w:type="spellEnd"/>
      <w:r>
        <w:t xml:space="preserve"> legitim. Niemand </w:t>
      </w:r>
      <w:proofErr w:type="spellStart"/>
      <w:r>
        <w:t>wartet</w:t>
      </w:r>
      <w:proofErr w:type="spellEnd"/>
      <w:r>
        <w:t xml:space="preserve"> gerne,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 seine Arbeit </w:t>
      </w:r>
      <w:proofErr w:type="spellStart"/>
      <w:r>
        <w:t>fortsetzen</w:t>
      </w:r>
      <w:proofErr w:type="spellEnd"/>
      <w:r>
        <w:t xml:space="preserve"> und </w:t>
      </w:r>
      <w:proofErr w:type="spellStart"/>
      <w:r>
        <w:t>Planungssicherheit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</w:t>
      </w:r>
      <w:proofErr w:type="spellStart"/>
      <w:r>
        <w:t>Merkwürdig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es </w:t>
      </w:r>
      <w:proofErr w:type="spellStart"/>
      <w:r>
        <w:t>allerdings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erwarten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Frage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wenige</w:t>
      </w:r>
      <w:proofErr w:type="spellEnd"/>
      <w:r>
        <w:t xml:space="preserve"> Minuten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Eintritt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Störung</w:t>
      </w:r>
      <w:proofErr w:type="spellEnd"/>
      <w:r>
        <w:t xml:space="preserve"> </w:t>
      </w:r>
      <w:proofErr w:type="spellStart"/>
      <w:r>
        <w:t>seriös</w:t>
      </w:r>
      <w:proofErr w:type="spellEnd"/>
      <w:r>
        <w:t xml:space="preserve"> </w:t>
      </w:r>
      <w:proofErr w:type="spellStart"/>
      <w:r>
        <w:t>beantwortet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Denn </w:t>
      </w:r>
      <w:proofErr w:type="spellStart"/>
      <w:r>
        <w:t>zu</w:t>
      </w:r>
      <w:proofErr w:type="spellEnd"/>
      <w:r>
        <w:t xml:space="preserve">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Zeitpunkt</w:t>
      </w:r>
      <w:proofErr w:type="spellEnd"/>
      <w:r>
        <w:t xml:space="preserve"> </w:t>
      </w:r>
      <w:proofErr w:type="spellStart"/>
      <w:r>
        <w:t>weiß</w:t>
      </w:r>
      <w:proofErr w:type="spellEnd"/>
      <w:r>
        <w:t xml:space="preserve"> </w:t>
      </w:r>
      <w:proofErr w:type="spellStart"/>
      <w:r>
        <w:t>häufig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niemand</w:t>
      </w:r>
      <w:proofErr w:type="spellEnd"/>
      <w:r>
        <w:t xml:space="preserve">, </w:t>
      </w:r>
      <w:proofErr w:type="spellStart"/>
      <w:r>
        <w:t>worin</w:t>
      </w:r>
      <w:proofErr w:type="spellEnd"/>
      <w:r>
        <w:t xml:space="preserve"> die Ursache </w:t>
      </w:r>
      <w:proofErr w:type="spellStart"/>
      <w:r>
        <w:t>überhaupt</w:t>
      </w:r>
      <w:proofErr w:type="spellEnd"/>
      <w:r>
        <w:t xml:space="preserve"> </w:t>
      </w:r>
      <w:proofErr w:type="spellStart"/>
      <w:r>
        <w:t>besteht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Server </w:t>
      </w:r>
      <w:proofErr w:type="spellStart"/>
      <w:r>
        <w:t>ausgefallen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es </w:t>
      </w:r>
      <w:proofErr w:type="spellStart"/>
      <w:r>
        <w:t>liegt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Fehler in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Softwareaktualisierung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handelt</w:t>
      </w:r>
      <w:proofErr w:type="spellEnd"/>
      <w:r>
        <w:t xml:space="preserve"> es </w:t>
      </w:r>
      <w:proofErr w:type="spellStart"/>
      <w:r>
        <w:t>sich</w:t>
      </w:r>
      <w:proofErr w:type="spellEnd"/>
      <w:r>
        <w:t xml:space="preserve"> um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Netzwerkproblem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der Fehler </w:t>
      </w:r>
      <w:proofErr w:type="spellStart"/>
      <w:r>
        <w:t>liegt</w:t>
      </w:r>
      <w:proofErr w:type="spellEnd"/>
      <w:r>
        <w:t xml:space="preserve"> an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externen</w:t>
      </w:r>
      <w:proofErr w:type="spellEnd"/>
      <w:r>
        <w:t xml:space="preserve"> </w:t>
      </w:r>
      <w:proofErr w:type="spellStart"/>
      <w:r>
        <w:t>Dienstleister</w:t>
      </w:r>
      <w:proofErr w:type="spellEnd"/>
      <w:r>
        <w:t xml:space="preserve">. Eben </w:t>
      </w:r>
      <w:proofErr w:type="spellStart"/>
      <w:r>
        <w:t>weil</w:t>
      </w:r>
      <w:proofErr w:type="spellEnd"/>
      <w:r>
        <w:t xml:space="preserve"> die Ursache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unbekannt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spricht</w:t>
      </w:r>
      <w:proofErr w:type="spellEnd"/>
      <w:r>
        <w:t xml:space="preserve"> man von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Störung</w:t>
      </w:r>
      <w:proofErr w:type="spellEnd"/>
      <w:r>
        <w:t xml:space="preserve">. </w:t>
      </w:r>
      <w:proofErr w:type="spellStart"/>
      <w:r>
        <w:t>Hätten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dieselbe</w:t>
      </w:r>
      <w:proofErr w:type="spellEnd"/>
      <w:r>
        <w:t xml:space="preserve"> </w:t>
      </w:r>
      <w:proofErr w:type="spellStart"/>
      <w:r>
        <w:t>Erwartung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in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Bereichen</w:t>
      </w:r>
      <w:proofErr w:type="spellEnd"/>
      <w:r>
        <w:t xml:space="preserve">?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Keller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Gerichts</w:t>
      </w:r>
      <w:proofErr w:type="spellEnd"/>
      <w:r>
        <w:t xml:space="preserve"> </w:t>
      </w:r>
      <w:proofErr w:type="spellStart"/>
      <w:r>
        <w:t>platzt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Wasserrohr</w:t>
      </w:r>
      <w:proofErr w:type="spellEnd"/>
      <w:r>
        <w:t xml:space="preserve">. Der </w:t>
      </w:r>
      <w:proofErr w:type="spellStart"/>
      <w:r>
        <w:t>Hausmeister</w:t>
      </w:r>
      <w:proofErr w:type="spellEnd"/>
      <w:r>
        <w:t xml:space="preserve"> </w:t>
      </w:r>
      <w:proofErr w:type="spellStart"/>
      <w:r>
        <w:t>öffnet</w:t>
      </w:r>
      <w:proofErr w:type="spellEnd"/>
      <w:r>
        <w:t xml:space="preserve"> die Tür und </w:t>
      </w:r>
      <w:proofErr w:type="spellStart"/>
      <w:r>
        <w:t>sieht</w:t>
      </w:r>
      <w:proofErr w:type="spellEnd"/>
      <w:r>
        <w:t xml:space="preserve"> das Wasser </w:t>
      </w:r>
      <w:proofErr w:type="spellStart"/>
      <w:r>
        <w:t>bereits</w:t>
      </w:r>
      <w:proofErr w:type="spellEnd"/>
      <w:r>
        <w:t xml:space="preserve"> über den Boden </w:t>
      </w:r>
      <w:proofErr w:type="spellStart"/>
      <w:r>
        <w:t>laufen</w:t>
      </w:r>
      <w:proofErr w:type="spellEnd"/>
      <w:r>
        <w:t xml:space="preserve">. </w:t>
      </w:r>
      <w:proofErr w:type="spellStart"/>
      <w:r>
        <w:t>Würden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nun </w:t>
      </w:r>
      <w:proofErr w:type="spellStart"/>
      <w:r>
        <w:t>ernsthaft</w:t>
      </w:r>
      <w:proofErr w:type="spellEnd"/>
      <w:r>
        <w:t xml:space="preserve"> </w:t>
      </w:r>
      <w:proofErr w:type="spellStart"/>
      <w:r>
        <w:t>verlangen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er </w:t>
      </w:r>
      <w:proofErr w:type="spellStart"/>
      <w:r>
        <w:t>innerhalb</w:t>
      </w:r>
      <w:proofErr w:type="spellEnd"/>
      <w:r>
        <w:t xml:space="preserve"> </w:t>
      </w:r>
      <w:proofErr w:type="spellStart"/>
      <w:r>
        <w:t>weniger</w:t>
      </w:r>
      <w:proofErr w:type="spellEnd"/>
      <w:r>
        <w:t xml:space="preserve"> Minuten </w:t>
      </w:r>
      <w:proofErr w:type="spellStart"/>
      <w:r>
        <w:t>erklärt</w:t>
      </w:r>
      <w:proofErr w:type="spellEnd"/>
      <w:r>
        <w:t xml:space="preserve">, </w:t>
      </w:r>
      <w:proofErr w:type="spellStart"/>
      <w:r>
        <w:t>wodurch</w:t>
      </w:r>
      <w:proofErr w:type="spellEnd"/>
      <w:r>
        <w:t xml:space="preserve"> der Schaden </w:t>
      </w:r>
      <w:proofErr w:type="spellStart"/>
      <w:r>
        <w:t>entstanden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Leitungen</w:t>
      </w:r>
      <w:proofErr w:type="spellEnd"/>
      <w:r>
        <w:t xml:space="preserve"> </w:t>
      </w:r>
      <w:proofErr w:type="spellStart"/>
      <w:r>
        <w:t>betroffen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und </w:t>
      </w:r>
      <w:proofErr w:type="spellStart"/>
      <w:r>
        <w:t>wann</w:t>
      </w:r>
      <w:proofErr w:type="spellEnd"/>
      <w:r>
        <w:t xml:space="preserve"> die </w:t>
      </w:r>
      <w:proofErr w:type="spellStart"/>
      <w:r>
        <w:t>Reparatur</w:t>
      </w:r>
      <w:proofErr w:type="spellEnd"/>
      <w:r>
        <w:t xml:space="preserve"> </w:t>
      </w:r>
      <w:proofErr w:type="spellStart"/>
      <w:r>
        <w:t>abgeschlossen</w:t>
      </w:r>
      <w:proofErr w:type="spellEnd"/>
      <w:r>
        <w:t xml:space="preserve"> sein </w:t>
      </w:r>
      <w:proofErr w:type="spellStart"/>
      <w:r>
        <w:t>wird</w:t>
      </w:r>
      <w:proofErr w:type="spellEnd"/>
      <w:r>
        <w:t xml:space="preserve">? </w:t>
      </w:r>
      <w:proofErr w:type="spellStart"/>
      <w:r>
        <w:t>Vermutlich</w:t>
      </w:r>
      <w:proofErr w:type="spellEnd"/>
      <w:r>
        <w:t xml:space="preserve"> nicht. Die </w:t>
      </w:r>
      <w:proofErr w:type="spellStart"/>
      <w:r>
        <w:t>vernünftige</w:t>
      </w:r>
      <w:proofErr w:type="spellEnd"/>
      <w:r>
        <w:t xml:space="preserve"> </w:t>
      </w:r>
      <w:proofErr w:type="spellStart"/>
      <w:r>
        <w:t>Reaktion</w:t>
      </w:r>
      <w:proofErr w:type="spellEnd"/>
      <w:r>
        <w:t xml:space="preserve"> </w:t>
      </w:r>
      <w:proofErr w:type="spellStart"/>
      <w:r>
        <w:t>wäre</w:t>
      </w:r>
      <w:proofErr w:type="spellEnd"/>
      <w:r>
        <w:t>: „</w:t>
      </w:r>
      <w:proofErr w:type="spellStart"/>
      <w:r>
        <w:t>Sichern</w:t>
      </w:r>
      <w:proofErr w:type="spellEnd"/>
      <w:r>
        <w:t xml:space="preserve"> Sie den Schaden. Finden Sie die Ursache. </w:t>
      </w:r>
      <w:proofErr w:type="spellStart"/>
      <w:r>
        <w:t>Informieren</w:t>
      </w:r>
      <w:proofErr w:type="spellEnd"/>
      <w:r>
        <w:t xml:space="preserve"> Sie </w:t>
      </w:r>
      <w:proofErr w:type="spellStart"/>
      <w:r>
        <w:t>uns</w:t>
      </w:r>
      <w:proofErr w:type="spellEnd"/>
      <w:r>
        <w:t xml:space="preserve">, </w:t>
      </w:r>
      <w:proofErr w:type="spellStart"/>
      <w:r>
        <w:t>sobald</w:t>
      </w:r>
      <w:proofErr w:type="spellEnd"/>
      <w:r>
        <w:t xml:space="preserve"> Sie </w:t>
      </w:r>
      <w:proofErr w:type="spellStart"/>
      <w:r>
        <w:t>verlässliche</w:t>
      </w:r>
      <w:proofErr w:type="spellEnd"/>
      <w:r>
        <w:t xml:space="preserve"> </w:t>
      </w:r>
      <w:proofErr w:type="spellStart"/>
      <w:r>
        <w:t>Erkenntnisse</w:t>
      </w:r>
      <w:proofErr w:type="spellEnd"/>
      <w:r>
        <w:t xml:space="preserve"> </w:t>
      </w:r>
      <w:proofErr w:type="spellStart"/>
      <w:r>
        <w:t>haben</w:t>
      </w:r>
      <w:proofErr w:type="spellEnd"/>
      <w:r>
        <w:t>.“ Bei IT-</w:t>
      </w:r>
      <w:proofErr w:type="spellStart"/>
      <w:r>
        <w:t>Störungen</w:t>
      </w:r>
      <w:proofErr w:type="spellEnd"/>
      <w:r>
        <w:t xml:space="preserve"> </w:t>
      </w:r>
      <w:proofErr w:type="spellStart"/>
      <w:r>
        <w:t>scheinen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dagegen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Erwartung</w:t>
      </w:r>
      <w:proofErr w:type="spellEnd"/>
      <w:r>
        <w:t xml:space="preserve"> </w:t>
      </w:r>
      <w:proofErr w:type="spellStart"/>
      <w:r>
        <w:t>entwickelt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erwarten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jemand</w:t>
      </w:r>
      <w:proofErr w:type="spellEnd"/>
      <w:r>
        <w:t xml:space="preserve"> </w:t>
      </w:r>
      <w:proofErr w:type="spellStart"/>
      <w:r>
        <w:t>fünf</w:t>
      </w:r>
      <w:proofErr w:type="spellEnd"/>
      <w:r>
        <w:t xml:space="preserve"> Minuten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Eintritt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Störung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weiß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beendet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? Noch bevor die </w:t>
      </w:r>
      <w:proofErr w:type="spellStart"/>
      <w:r>
        <w:t>Analyse</w:t>
      </w:r>
      <w:proofErr w:type="spellEnd"/>
      <w:r>
        <w:t xml:space="preserve"> </w:t>
      </w:r>
      <w:proofErr w:type="spellStart"/>
      <w:r>
        <w:t>begonnen</w:t>
      </w:r>
      <w:proofErr w:type="spellEnd"/>
      <w:r>
        <w:t xml:space="preserve"> hat, </w:t>
      </w:r>
      <w:proofErr w:type="spellStart"/>
      <w:r>
        <w:t>möchten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belastbare</w:t>
      </w:r>
      <w:proofErr w:type="spellEnd"/>
      <w:r>
        <w:t xml:space="preserve"> Prognose. Und </w:t>
      </w:r>
      <w:proofErr w:type="spellStart"/>
      <w:r>
        <w:t>genau</w:t>
      </w:r>
      <w:proofErr w:type="spellEnd"/>
      <w:r>
        <w:t xml:space="preserve"> </w:t>
      </w:r>
      <w:proofErr w:type="spellStart"/>
      <w:r>
        <w:lastRenderedPageBreak/>
        <w:t>hier</w:t>
      </w:r>
      <w:proofErr w:type="spellEnd"/>
      <w:r>
        <w:t xml:space="preserve"> </w:t>
      </w:r>
      <w:proofErr w:type="spellStart"/>
      <w:r>
        <w:t>beginnt</w:t>
      </w:r>
      <w:proofErr w:type="spellEnd"/>
      <w:r>
        <w:t xml:space="preserve"> das </w:t>
      </w:r>
      <w:proofErr w:type="spellStart"/>
      <w:r>
        <w:t>eigentliche</w:t>
      </w:r>
      <w:proofErr w:type="spellEnd"/>
      <w:r>
        <w:t xml:space="preserve"> Problem. Je </w:t>
      </w:r>
      <w:proofErr w:type="spellStart"/>
      <w:r>
        <w:t>früher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Prognose </w:t>
      </w:r>
      <w:proofErr w:type="spellStart"/>
      <w:r>
        <w:t>verlangt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desto</w:t>
      </w:r>
      <w:proofErr w:type="spellEnd"/>
      <w:r>
        <w:t xml:space="preserve"> </w:t>
      </w:r>
      <w:proofErr w:type="spellStart"/>
      <w:r>
        <w:t>unsicherer</w:t>
      </w:r>
      <w:proofErr w:type="spellEnd"/>
      <w:r>
        <w:t xml:space="preserve"> muss </w:t>
      </w:r>
      <w:proofErr w:type="spellStart"/>
      <w:r>
        <w:t>sie</w:t>
      </w:r>
      <w:proofErr w:type="spellEnd"/>
      <w:r>
        <w:t xml:space="preserve"> </w:t>
      </w:r>
      <w:proofErr w:type="spellStart"/>
      <w:r>
        <w:t>zwangsläufig</w:t>
      </w:r>
      <w:proofErr w:type="spellEnd"/>
      <w:r>
        <w:t xml:space="preserve"> sein. Eine </w:t>
      </w:r>
      <w:proofErr w:type="spellStart"/>
      <w:r>
        <w:t>seriöse</w:t>
      </w:r>
      <w:proofErr w:type="spellEnd"/>
      <w:r>
        <w:t xml:space="preserve"> </w:t>
      </w:r>
      <w:proofErr w:type="spellStart"/>
      <w:r>
        <w:t>Aussage</w:t>
      </w:r>
      <w:proofErr w:type="spellEnd"/>
      <w:r>
        <w:t xml:space="preserve"> </w:t>
      </w:r>
      <w:proofErr w:type="spellStart"/>
      <w:r>
        <w:t>entsteht</w:t>
      </w:r>
      <w:proofErr w:type="spellEnd"/>
      <w:r>
        <w:t xml:space="preserve"> nicht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Schnelligkeit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Erkenntnis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digitalen</w:t>
      </w:r>
      <w:proofErr w:type="spellEnd"/>
      <w:r>
        <w:t xml:space="preserve"> </w:t>
      </w:r>
      <w:proofErr w:type="spellStart"/>
      <w:r>
        <w:t>Zeitalter</w:t>
      </w:r>
      <w:proofErr w:type="spellEnd"/>
      <w:r>
        <w:t xml:space="preserve"> </w:t>
      </w:r>
      <w:proofErr w:type="spellStart"/>
      <w:r>
        <w:t>unbemerkt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Dinge </w:t>
      </w:r>
      <w:proofErr w:type="spellStart"/>
      <w:r>
        <w:t>miteinander</w:t>
      </w:r>
      <w:proofErr w:type="spellEnd"/>
      <w:r>
        <w:t xml:space="preserve"> </w:t>
      </w:r>
      <w:proofErr w:type="spellStart"/>
      <w:r>
        <w:t>verwechselt</w:t>
      </w:r>
      <w:proofErr w:type="spellEnd"/>
      <w:r>
        <w:t xml:space="preserve">: </w:t>
      </w:r>
      <w:proofErr w:type="spellStart"/>
      <w:r>
        <w:t>Informationen</w:t>
      </w:r>
      <w:proofErr w:type="spellEnd"/>
      <w:r>
        <w:t xml:space="preserve"> und </w:t>
      </w:r>
      <w:proofErr w:type="spellStart"/>
      <w:r>
        <w:t>Erkenntnisse</w:t>
      </w:r>
      <w:proofErr w:type="spellEnd"/>
      <w:r>
        <w:t xml:space="preserve">.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sofort</w:t>
      </w:r>
      <w:proofErr w:type="spellEnd"/>
      <w:r>
        <w:t xml:space="preserve"> </w:t>
      </w:r>
      <w:proofErr w:type="spellStart"/>
      <w:r>
        <w:t>verschicken</w:t>
      </w:r>
      <w:proofErr w:type="spellEnd"/>
      <w:r>
        <w:t xml:space="preserve">. </w:t>
      </w:r>
      <w:proofErr w:type="spellStart"/>
      <w:r>
        <w:t>Erkenntnisse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 erst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Analyse</w:t>
      </w:r>
      <w:proofErr w:type="spellEnd"/>
      <w:r>
        <w:t xml:space="preserve">. Die </w:t>
      </w:r>
      <w:proofErr w:type="spellStart"/>
      <w:r>
        <w:t>Digitalisierung</w:t>
      </w:r>
      <w:proofErr w:type="spellEnd"/>
      <w:r>
        <w:t xml:space="preserve"> hat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 </w:t>
      </w:r>
      <w:proofErr w:type="spellStart"/>
      <w:r>
        <w:t>gewöhnt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Nachrichten</w:t>
      </w:r>
      <w:proofErr w:type="spellEnd"/>
      <w:r>
        <w:t xml:space="preserve"> in </w:t>
      </w:r>
      <w:proofErr w:type="spellStart"/>
      <w:r>
        <w:t>Echtzeit</w:t>
      </w:r>
      <w:proofErr w:type="spellEnd"/>
      <w:r>
        <w:t xml:space="preserve"> </w:t>
      </w:r>
      <w:proofErr w:type="spellStart"/>
      <w:r>
        <w:t>verfügbar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</w:t>
      </w:r>
      <w:proofErr w:type="spellStart"/>
      <w:r>
        <w:t>Daraus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offenbar</w:t>
      </w:r>
      <w:proofErr w:type="spellEnd"/>
      <w:r>
        <w:t xml:space="preserve"> die </w:t>
      </w:r>
      <w:proofErr w:type="spellStart"/>
      <w:r>
        <w:t>Erwartung</w:t>
      </w:r>
      <w:proofErr w:type="spellEnd"/>
      <w:r>
        <w:t xml:space="preserve"> </w:t>
      </w:r>
      <w:proofErr w:type="spellStart"/>
      <w:r>
        <w:t>entstanden</w:t>
      </w:r>
      <w:proofErr w:type="spellEnd"/>
      <w:r>
        <w:t xml:space="preserve">,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Wahrheit</w:t>
      </w:r>
      <w:proofErr w:type="spellEnd"/>
      <w:r>
        <w:t xml:space="preserve"> </w:t>
      </w:r>
      <w:proofErr w:type="spellStart"/>
      <w:r>
        <w:t>müsse</w:t>
      </w:r>
      <w:proofErr w:type="spellEnd"/>
      <w:r>
        <w:t xml:space="preserve"> in </w:t>
      </w:r>
      <w:proofErr w:type="spellStart"/>
      <w:r>
        <w:t>Echtzeit</w:t>
      </w:r>
      <w:proofErr w:type="spellEnd"/>
      <w:r>
        <w:t xml:space="preserve"> </w:t>
      </w:r>
      <w:proofErr w:type="spellStart"/>
      <w:r>
        <w:t>feststehen</w:t>
      </w:r>
      <w:proofErr w:type="spellEnd"/>
      <w:r>
        <w:t xml:space="preserve">. </w:t>
      </w:r>
      <w:proofErr w:type="spellStart"/>
      <w:r>
        <w:t>Doch</w:t>
      </w:r>
      <w:proofErr w:type="spellEnd"/>
      <w:r>
        <w:t xml:space="preserve"> so </w:t>
      </w:r>
      <w:proofErr w:type="spellStart"/>
      <w:r>
        <w:t>funktioniert</w:t>
      </w:r>
      <w:proofErr w:type="spellEnd"/>
      <w:r>
        <w:t xml:space="preserve"> die </w:t>
      </w:r>
      <w:proofErr w:type="spellStart"/>
      <w:r>
        <w:t>Wirklichkeit</w:t>
      </w:r>
      <w:proofErr w:type="spellEnd"/>
      <w:r>
        <w:t xml:space="preserve"> nicht. Ob in der Technik, der </w:t>
      </w:r>
      <w:proofErr w:type="spellStart"/>
      <w:r>
        <w:t>Medizin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der Wissenschaft -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Problemlösung</w:t>
      </w:r>
      <w:proofErr w:type="spellEnd"/>
      <w:r>
        <w:t xml:space="preserve"> </w:t>
      </w:r>
      <w:proofErr w:type="spellStart"/>
      <w:r>
        <w:t>beginnt</w:t>
      </w:r>
      <w:proofErr w:type="spellEnd"/>
      <w:r>
        <w:t xml:space="preserve"> mit </w:t>
      </w:r>
      <w:proofErr w:type="spellStart"/>
      <w:r>
        <w:t>einer</w:t>
      </w:r>
      <w:proofErr w:type="spellEnd"/>
      <w:r>
        <w:t xml:space="preserve"> Phase des </w:t>
      </w:r>
      <w:proofErr w:type="spellStart"/>
      <w:r>
        <w:t>Nichtwissens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Phase </w:t>
      </w:r>
      <w:proofErr w:type="spellStart"/>
      <w:r>
        <w:t>überspringt</w:t>
      </w:r>
      <w:proofErr w:type="spellEnd"/>
      <w:r>
        <w:t xml:space="preserve">, </w:t>
      </w:r>
      <w:proofErr w:type="spellStart"/>
      <w:r>
        <w:t>erhält</w:t>
      </w:r>
      <w:proofErr w:type="spellEnd"/>
      <w:r>
        <w:t xml:space="preserve"> </w:t>
      </w:r>
      <w:proofErr w:type="spellStart"/>
      <w:r>
        <w:t>zwar</w:t>
      </w:r>
      <w:proofErr w:type="spellEnd"/>
      <w:r>
        <w:t xml:space="preserve"> </w:t>
      </w:r>
      <w:proofErr w:type="spellStart"/>
      <w:r>
        <w:t>schnelle</w:t>
      </w:r>
      <w:proofErr w:type="spellEnd"/>
      <w:r>
        <w:t xml:space="preserve"> </w:t>
      </w:r>
      <w:proofErr w:type="spellStart"/>
      <w:r>
        <w:t>Antworten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nicht </w:t>
      </w:r>
      <w:proofErr w:type="spellStart"/>
      <w:r>
        <w:t>zwangsläufig</w:t>
      </w:r>
      <w:proofErr w:type="spellEnd"/>
      <w:r>
        <w:t xml:space="preserve"> </w:t>
      </w:r>
      <w:proofErr w:type="spellStart"/>
      <w:r>
        <w:t>richtige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verlernt</w:t>
      </w:r>
      <w:proofErr w:type="spellEnd"/>
      <w:r>
        <w:t xml:space="preserve">,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lösen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vielmehr</w:t>
      </w:r>
      <w:proofErr w:type="spellEnd"/>
      <w:r>
        <w:t xml:space="preserve"> </w:t>
      </w:r>
      <w:proofErr w:type="spellStart"/>
      <w:r>
        <w:t>auszuhalten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erst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analysiert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Das gilt für die </w:t>
      </w:r>
      <w:proofErr w:type="spellStart"/>
      <w:r>
        <w:t>Informationstechnik</w:t>
      </w:r>
      <w:proofErr w:type="spellEnd"/>
      <w:r>
        <w:t xml:space="preserve"> </w:t>
      </w:r>
      <w:proofErr w:type="spellStart"/>
      <w:r>
        <w:t>genauso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für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Bereiche</w:t>
      </w:r>
      <w:proofErr w:type="spellEnd"/>
      <w:r>
        <w:t xml:space="preserve"> des </w:t>
      </w:r>
      <w:proofErr w:type="spellStart"/>
      <w:r>
        <w:t>Arbeitslebens</w:t>
      </w:r>
      <w:proofErr w:type="spellEnd"/>
      <w:r>
        <w:t xml:space="preserve">. Eine </w:t>
      </w:r>
      <w:proofErr w:type="spellStart"/>
      <w:r>
        <w:t>Behörde</w:t>
      </w:r>
      <w:proofErr w:type="spellEnd"/>
      <w:r>
        <w:t xml:space="preserve">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Professionalität</w:t>
      </w:r>
      <w:proofErr w:type="spellEnd"/>
      <w:r>
        <w:t xml:space="preserve"> nicht </w:t>
      </w:r>
      <w:proofErr w:type="spellStart"/>
      <w:r>
        <w:t>dadurch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auf </w:t>
      </w:r>
      <w:proofErr w:type="spellStart"/>
      <w:r>
        <w:t>jede</w:t>
      </w:r>
      <w:proofErr w:type="spellEnd"/>
      <w:r>
        <w:t xml:space="preserve"> Frage </w:t>
      </w:r>
      <w:proofErr w:type="spellStart"/>
      <w:r>
        <w:t>sofort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Antwort</w:t>
      </w:r>
      <w:proofErr w:type="spellEnd"/>
      <w:r>
        <w:t xml:space="preserve"> hat.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dadurch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den Mut </w:t>
      </w:r>
      <w:proofErr w:type="spellStart"/>
      <w:r>
        <w:t>besitzt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sagen</w:t>
      </w:r>
      <w:proofErr w:type="spellEnd"/>
      <w:r>
        <w:t xml:space="preserve">: -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. Denn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Erkenntnis</w:t>
      </w:r>
      <w:proofErr w:type="spellEnd"/>
      <w:r>
        <w:t xml:space="preserve"> </w:t>
      </w:r>
      <w:proofErr w:type="spellStart"/>
      <w:r>
        <w:t>beginnt</w:t>
      </w:r>
      <w:proofErr w:type="spellEnd"/>
      <w:r>
        <w:t xml:space="preserve"> mit der </w:t>
      </w:r>
      <w:proofErr w:type="spellStart"/>
      <w:r>
        <w:t>Einsicht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verstehen </w:t>
      </w:r>
      <w:proofErr w:type="spellStart"/>
      <w:r>
        <w:t>gibt</w:t>
      </w:r>
      <w:proofErr w:type="spellEnd"/>
      <w:r>
        <w:t>.</w:t>
      </w:r>
    </w:p>
    <w:p w14:paraId="014F9D3B" w14:textId="77777777" w:rsidR="00132049" w:rsidRDefault="00000000">
      <w:r>
        <w:t xml:space="preserve">Der </w:t>
      </w:r>
      <w:proofErr w:type="spellStart"/>
      <w:r>
        <w:t>Umgang</w:t>
      </w:r>
      <w:proofErr w:type="spellEnd"/>
      <w:r>
        <w:t xml:space="preserve"> mit </w:t>
      </w:r>
      <w:proofErr w:type="spellStart"/>
      <w:r>
        <w:t>Störungen</w:t>
      </w:r>
      <w:proofErr w:type="spellEnd"/>
      <w:r>
        <w:t xml:space="preserve"> und die </w:t>
      </w:r>
      <w:proofErr w:type="spellStart"/>
      <w:r>
        <w:t>Erwartung</w:t>
      </w:r>
      <w:proofErr w:type="spellEnd"/>
      <w:r>
        <w:t xml:space="preserve"> </w:t>
      </w:r>
      <w:proofErr w:type="spellStart"/>
      <w:r>
        <w:t>sofor�ger</w:t>
      </w:r>
      <w:proofErr w:type="spellEnd"/>
      <w:r>
        <w:t xml:space="preserve"> </w:t>
      </w:r>
      <w:proofErr w:type="spellStart"/>
      <w:r>
        <w:t>Antworten</w:t>
      </w:r>
      <w:proofErr w:type="spellEnd"/>
    </w:p>
    <w:p w14:paraId="664F8AD7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 xml:space="preserve">Eine </w:t>
      </w:r>
      <w:proofErr w:type="spellStart"/>
      <w:r>
        <w:t>Baustellenszene</w:t>
      </w:r>
      <w:proofErr w:type="spellEnd"/>
      <w:r>
        <w:t xml:space="preserve"> mit </w:t>
      </w:r>
      <w:proofErr w:type="spellStart"/>
      <w:r>
        <w:t>einem</w:t>
      </w:r>
      <w:proofErr w:type="spellEnd"/>
      <w:r>
        <w:t xml:space="preserve"> Arbeiter in </w:t>
      </w:r>
      <w:proofErr w:type="spellStart"/>
      <w:r>
        <w:t>einer</w:t>
      </w:r>
      <w:proofErr w:type="spellEnd"/>
      <w:r>
        <w:t xml:space="preserve"> Grube. </w:t>
      </w:r>
      <w:proofErr w:type="spellStart"/>
      <w:r>
        <w:t>Mehrere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erwarten</w:t>
      </w:r>
      <w:proofErr w:type="spellEnd"/>
      <w:r>
        <w:t xml:space="preserve"> </w:t>
      </w:r>
      <w:proofErr w:type="spellStart"/>
      <w:r>
        <w:t>sofort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Antwort</w:t>
      </w:r>
      <w:proofErr w:type="spellEnd"/>
      <w:r>
        <w:t xml:space="preserve"> </w:t>
      </w:r>
      <w:proofErr w:type="spellStart"/>
      <w:r>
        <w:t>darauf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die </w:t>
      </w:r>
      <w:proofErr w:type="spellStart"/>
      <w:r>
        <w:t>Reparatur</w:t>
      </w:r>
      <w:proofErr w:type="spellEnd"/>
      <w:r>
        <w:t xml:space="preserve"> </w:t>
      </w:r>
      <w:proofErr w:type="spellStart"/>
      <w:r>
        <w:t>dauert</w:t>
      </w:r>
      <w:proofErr w:type="spellEnd"/>
      <w:r>
        <w:t>.</w:t>
      </w:r>
    </w:p>
    <w:p w14:paraId="148E52F8" w14:textId="77777777" w:rsidR="00132049" w:rsidRDefault="00000000">
      <w:r>
        <w:br w:type="page"/>
      </w:r>
    </w:p>
    <w:p w14:paraId="3311B283" w14:textId="77777777" w:rsidR="00132049" w:rsidRDefault="00000000">
      <w:pPr>
        <w:pStyle w:val="berschrift1"/>
      </w:pPr>
      <w:proofErr w:type="spellStart"/>
      <w:r>
        <w:lastRenderedPageBreak/>
        <w:t>Dienstkleidung</w:t>
      </w:r>
      <w:proofErr w:type="spellEnd"/>
      <w:r>
        <w:t xml:space="preserve"> muss </w:t>
      </w:r>
      <w:proofErr w:type="spellStart"/>
      <w:r>
        <w:t>alltagstauglich</w:t>
      </w:r>
      <w:proofErr w:type="spellEnd"/>
      <w:r>
        <w:t xml:space="preserve"> sein -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 </w:t>
      </w:r>
      <w:proofErr w:type="spellStart"/>
      <w:r>
        <w:t>dran</w:t>
      </w:r>
      <w:proofErr w:type="spellEnd"/>
    </w:p>
    <w:p w14:paraId="48FA0AD4" w14:textId="77777777" w:rsidR="00132049" w:rsidRDefault="00000000">
      <w:proofErr w:type="spellStart"/>
      <w:r>
        <w:rPr>
          <w:i/>
        </w:rPr>
        <w:t>Untertitel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Beschaffung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eines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Dienstshirts</w:t>
      </w:r>
      <w:proofErr w:type="spellEnd"/>
      <w:r>
        <w:rPr>
          <w:i/>
        </w:rPr>
        <w:t xml:space="preserve"> für Justiz und </w:t>
      </w:r>
      <w:proofErr w:type="spellStart"/>
      <w:r>
        <w:rPr>
          <w:i/>
        </w:rPr>
        <w:t>Justizvollzug</w:t>
      </w:r>
      <w:proofErr w:type="spellEnd"/>
      <w:r>
        <w:rPr>
          <w:i/>
        </w:rPr>
        <w:t>.</w:t>
      </w:r>
    </w:p>
    <w:p w14:paraId="3B7E4C8B" w14:textId="77777777" w:rsidR="00132049" w:rsidRDefault="00000000">
      <w:r>
        <w:t xml:space="preserve">Der </w:t>
      </w:r>
      <w:proofErr w:type="spellStart"/>
      <w:r>
        <w:t>Anstoß</w:t>
      </w:r>
      <w:proofErr w:type="spellEnd"/>
      <w:r>
        <w:t xml:space="preserve"> für die </w:t>
      </w:r>
      <w:proofErr w:type="spellStart"/>
      <w:r>
        <w:t>aktuelle</w:t>
      </w:r>
      <w:proofErr w:type="spellEnd"/>
      <w:r>
        <w:t xml:space="preserve"> </w:t>
      </w:r>
      <w:proofErr w:type="spellStart"/>
      <w:r>
        <w:t>Erprobung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Dienstshirts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nicht </w:t>
      </w:r>
      <w:proofErr w:type="spellStart"/>
      <w:r>
        <w:t>zufällig</w:t>
      </w:r>
      <w:proofErr w:type="spellEnd"/>
      <w:r>
        <w:t xml:space="preserve">. </w:t>
      </w:r>
      <w:proofErr w:type="spellStart"/>
      <w:r>
        <w:t>Ausgangspunkt</w:t>
      </w:r>
      <w:proofErr w:type="spellEnd"/>
      <w:r>
        <w:t xml:space="preserve"> war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gemeinsame</w:t>
      </w:r>
      <w:proofErr w:type="spellEnd"/>
      <w:r>
        <w:t xml:space="preserve"> </w:t>
      </w:r>
      <w:proofErr w:type="spellStart"/>
      <w:r>
        <w:t>Sitzung</w:t>
      </w:r>
      <w:proofErr w:type="spellEnd"/>
      <w:r>
        <w:t xml:space="preserve"> des </w:t>
      </w:r>
      <w:proofErr w:type="spellStart"/>
      <w:r>
        <w:t>Hauptpersonalrats</w:t>
      </w:r>
      <w:proofErr w:type="spellEnd"/>
      <w:r>
        <w:t xml:space="preserve"> der Justiz und des </w:t>
      </w:r>
      <w:proofErr w:type="spellStart"/>
      <w:r>
        <w:t>Hauptpersonalrats</w:t>
      </w:r>
      <w:proofErr w:type="spellEnd"/>
      <w:r>
        <w:t xml:space="preserve"> </w:t>
      </w:r>
      <w:proofErr w:type="spellStart"/>
      <w:r>
        <w:t>Justizvollzug</w:t>
      </w:r>
      <w:proofErr w:type="spellEnd"/>
      <w:r>
        <w:t xml:space="preserve"> mit der </w:t>
      </w:r>
      <w:proofErr w:type="spellStart"/>
      <w:r>
        <w:t>Staatssekretärin</w:t>
      </w:r>
      <w:proofErr w:type="spellEnd"/>
      <w:r>
        <w:t xml:space="preserve">. Dort </w:t>
      </w:r>
      <w:proofErr w:type="spellStart"/>
      <w:r>
        <w:t>wurde</w:t>
      </w:r>
      <w:proofErr w:type="spellEnd"/>
      <w:r>
        <w:t xml:space="preserve"> die Frage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zeitgemäßen</w:t>
      </w:r>
      <w:proofErr w:type="spellEnd"/>
      <w:r>
        <w:t xml:space="preserve"> </w:t>
      </w:r>
      <w:proofErr w:type="spellStart"/>
      <w:r>
        <w:t>Dienstkleidung</w:t>
      </w:r>
      <w:proofErr w:type="spellEnd"/>
      <w:r>
        <w:t xml:space="preserve"> </w:t>
      </w:r>
      <w:proofErr w:type="spellStart"/>
      <w:r>
        <w:t>angesprochen</w:t>
      </w:r>
      <w:proofErr w:type="spellEnd"/>
      <w:r>
        <w:t xml:space="preserve"> und von der </w:t>
      </w:r>
      <w:proofErr w:type="spellStart"/>
      <w:r>
        <w:t>Staatssekretärin</w:t>
      </w:r>
      <w:proofErr w:type="spellEnd"/>
      <w:r>
        <w:t xml:space="preserve"> </w:t>
      </w:r>
      <w:proofErr w:type="spellStart"/>
      <w:r>
        <w:t>mitgenommen</w:t>
      </w:r>
      <w:proofErr w:type="spellEnd"/>
      <w:r>
        <w:t xml:space="preserve">. Damit war das Thema für </w:t>
      </w:r>
      <w:proofErr w:type="spellStart"/>
      <w:r>
        <w:t>uns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nicht </w:t>
      </w:r>
      <w:proofErr w:type="spellStart"/>
      <w:r>
        <w:t>erledigt</w:t>
      </w:r>
      <w:proofErr w:type="spellEnd"/>
      <w:r>
        <w:t xml:space="preserve">. Die DJG und der </w:t>
      </w:r>
      <w:proofErr w:type="spellStart"/>
      <w:r>
        <w:t>BSBD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 </w:t>
      </w:r>
      <w:proofErr w:type="spellStart"/>
      <w:r>
        <w:t>nachgehakt</w:t>
      </w:r>
      <w:proofErr w:type="spellEnd"/>
      <w:r>
        <w:t xml:space="preserve"> und den Dialog mit dem </w:t>
      </w:r>
      <w:proofErr w:type="spellStart"/>
      <w:r>
        <w:t>Hessischen</w:t>
      </w:r>
      <w:proofErr w:type="spellEnd"/>
      <w:r>
        <w:t xml:space="preserve"> Ministerium der Justiz und für den </w:t>
      </w:r>
      <w:proofErr w:type="spellStart"/>
      <w:r>
        <w:t>Rechtsstaat</w:t>
      </w:r>
      <w:proofErr w:type="spellEnd"/>
      <w:r>
        <w:t xml:space="preserve"> </w:t>
      </w:r>
      <w:proofErr w:type="spellStart"/>
      <w:r>
        <w:t>fortgeführt</w:t>
      </w:r>
      <w:proofErr w:type="spellEnd"/>
      <w:r>
        <w:t xml:space="preserve">. All das </w:t>
      </w:r>
      <w:proofErr w:type="spellStart"/>
      <w:r>
        <w:t>führte</w:t>
      </w:r>
      <w:proofErr w:type="spellEnd"/>
      <w:r>
        <w:t xml:space="preserve"> </w:t>
      </w:r>
      <w:proofErr w:type="spellStart"/>
      <w:r>
        <w:t>schließlich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Gesprächstermin</w:t>
      </w:r>
      <w:proofErr w:type="spellEnd"/>
      <w:r>
        <w:t xml:space="preserve"> </w:t>
      </w:r>
      <w:proofErr w:type="spellStart"/>
      <w:r>
        <w:t>beim</w:t>
      </w:r>
      <w:proofErr w:type="spellEnd"/>
      <w:r>
        <w:t xml:space="preserve"> </w:t>
      </w:r>
      <w:proofErr w:type="spellStart"/>
      <w:r>
        <w:t>Polizeipräsidium</w:t>
      </w:r>
      <w:proofErr w:type="spellEnd"/>
      <w:r>
        <w:t xml:space="preserve"> Hessen, an dem </w:t>
      </w:r>
      <w:proofErr w:type="spellStart"/>
      <w:r>
        <w:t>Vertreterinnen</w:t>
      </w:r>
      <w:proofErr w:type="spellEnd"/>
      <w:r>
        <w:t xml:space="preserve"> und </w:t>
      </w:r>
      <w:proofErr w:type="spellStart"/>
      <w:r>
        <w:t>Vertreter</w:t>
      </w:r>
      <w:proofErr w:type="spellEnd"/>
      <w:r>
        <w:t xml:space="preserve"> der </w:t>
      </w:r>
      <w:proofErr w:type="spellStart"/>
      <w:r>
        <w:t>beteiligten</w:t>
      </w:r>
      <w:proofErr w:type="spellEnd"/>
      <w:r>
        <w:t xml:space="preserve"> </w:t>
      </w:r>
      <w:proofErr w:type="spellStart"/>
      <w:r>
        <w:t>Hauptpersonalräte</w:t>
      </w:r>
      <w:proofErr w:type="spellEnd"/>
      <w:r>
        <w:t xml:space="preserve">, </w:t>
      </w:r>
      <w:proofErr w:type="spellStart"/>
      <w:r>
        <w:t>Gewerkschaften</w:t>
      </w:r>
      <w:proofErr w:type="spellEnd"/>
      <w:r>
        <w:t xml:space="preserve"> und </w:t>
      </w:r>
      <w:proofErr w:type="spellStart"/>
      <w:r>
        <w:t>Berufsverbände</w:t>
      </w:r>
      <w:proofErr w:type="spellEnd"/>
      <w:r>
        <w:t xml:space="preserve"> </w:t>
      </w:r>
      <w:proofErr w:type="spellStart"/>
      <w:r>
        <w:t>teilnahmen</w:t>
      </w:r>
      <w:proofErr w:type="spellEnd"/>
      <w:r>
        <w:t xml:space="preserve">. Erst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der Weg für die </w:t>
      </w:r>
      <w:proofErr w:type="spellStart"/>
      <w:r>
        <w:t>Erprobung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Dienstshirts</w:t>
      </w:r>
      <w:proofErr w:type="spellEnd"/>
      <w:r>
        <w:t xml:space="preserve"> </w:t>
      </w:r>
      <w:proofErr w:type="spellStart"/>
      <w:r>
        <w:t>geebnet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</w:t>
      </w:r>
      <w:proofErr w:type="spellStart"/>
      <w:r>
        <w:t>Mittelpunkt</w:t>
      </w:r>
      <w:proofErr w:type="spellEnd"/>
      <w:r>
        <w:t xml:space="preserve"> stand die Frage, </w:t>
      </w:r>
      <w:proofErr w:type="spellStart"/>
      <w:r>
        <w:t>wie</w:t>
      </w:r>
      <w:proofErr w:type="spellEnd"/>
      <w:r>
        <w:t xml:space="preserve"> die </w:t>
      </w:r>
      <w:proofErr w:type="spellStart"/>
      <w:r>
        <w:t>Dienstkleidung</w:t>
      </w:r>
      <w:proofErr w:type="spellEnd"/>
      <w:r>
        <w:t xml:space="preserve"> den </w:t>
      </w:r>
      <w:proofErr w:type="spellStart"/>
      <w:r>
        <w:t>tatsächlichen</w:t>
      </w:r>
      <w:proofErr w:type="spellEnd"/>
      <w:r>
        <w:t xml:space="preserve"> </w:t>
      </w:r>
      <w:proofErr w:type="spellStart"/>
      <w:r>
        <w:t>Anforderungen</w:t>
      </w:r>
      <w:proofErr w:type="spellEnd"/>
      <w:r>
        <w:t xml:space="preserve"> des </w:t>
      </w:r>
      <w:proofErr w:type="spellStart"/>
      <w:r>
        <w:t>Arbeitsalltags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 </w:t>
      </w:r>
      <w:proofErr w:type="spellStart"/>
      <w:r>
        <w:t>angepasst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Seit Jahren </w:t>
      </w:r>
      <w:proofErr w:type="spellStart"/>
      <w:r>
        <w:t>wird</w:t>
      </w:r>
      <w:proofErr w:type="spellEnd"/>
      <w:r>
        <w:t xml:space="preserve"> der Wunsch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T-Shirt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Bestandteil</w:t>
      </w:r>
      <w:proofErr w:type="spellEnd"/>
      <w:r>
        <w:t xml:space="preserve"> der </w:t>
      </w:r>
      <w:proofErr w:type="spellStart"/>
      <w:r>
        <w:t>offiziellen</w:t>
      </w:r>
      <w:proofErr w:type="spellEnd"/>
      <w:r>
        <w:t xml:space="preserve"> </w:t>
      </w:r>
      <w:proofErr w:type="spellStart"/>
      <w:r>
        <w:t>Dienstkleidung</w:t>
      </w:r>
      <w:proofErr w:type="spellEnd"/>
      <w:r>
        <w:t xml:space="preserve"> an </w:t>
      </w:r>
      <w:proofErr w:type="spellStart"/>
      <w:r>
        <w:t>uns</w:t>
      </w:r>
      <w:proofErr w:type="spellEnd"/>
      <w:r>
        <w:t xml:space="preserve"> </w:t>
      </w:r>
      <w:proofErr w:type="spellStart"/>
      <w:r>
        <w:t>herangetragen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in den </w:t>
      </w:r>
      <w:proofErr w:type="spellStart"/>
      <w:r>
        <w:t>Sommermonaten</w:t>
      </w:r>
      <w:proofErr w:type="spellEnd"/>
      <w:r>
        <w:t xml:space="preserve"> </w:t>
      </w:r>
      <w:proofErr w:type="spellStart"/>
      <w:r>
        <w:t>steigen</w:t>
      </w:r>
      <w:proofErr w:type="spellEnd"/>
      <w:r>
        <w:t xml:space="preserve"> die </w:t>
      </w:r>
      <w:proofErr w:type="spellStart"/>
      <w:r>
        <w:t>Temperaturen</w:t>
      </w:r>
      <w:proofErr w:type="spellEnd"/>
      <w:r>
        <w:t xml:space="preserve"> in </w:t>
      </w:r>
      <w:proofErr w:type="spellStart"/>
      <w:r>
        <w:t>vielen</w:t>
      </w:r>
      <w:proofErr w:type="spellEnd"/>
      <w:r>
        <w:t xml:space="preserve"> </w:t>
      </w:r>
      <w:proofErr w:type="spellStart"/>
      <w:r>
        <w:t>Dienstgebäuden</w:t>
      </w:r>
      <w:proofErr w:type="spellEnd"/>
      <w:r>
        <w:t xml:space="preserve"> </w:t>
      </w:r>
      <w:proofErr w:type="spellStart"/>
      <w:r>
        <w:t>erheblich</w:t>
      </w:r>
      <w:proofErr w:type="spellEnd"/>
      <w:r>
        <w:t xml:space="preserve">. </w:t>
      </w:r>
      <w:proofErr w:type="spellStart"/>
      <w:r>
        <w:t>Funktionelle</w:t>
      </w:r>
      <w:proofErr w:type="spellEnd"/>
      <w:r>
        <w:t xml:space="preserve"> </w:t>
      </w:r>
      <w:proofErr w:type="spellStart"/>
      <w:r>
        <w:t>Dienstkleidung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Frage der Mode, </w:t>
      </w:r>
      <w:proofErr w:type="spellStart"/>
      <w:r>
        <w:t>sondern</w:t>
      </w:r>
      <w:proofErr w:type="spellEnd"/>
      <w:r>
        <w:t xml:space="preserve"> des </w:t>
      </w:r>
      <w:proofErr w:type="spellStart"/>
      <w:r>
        <w:t>Arbeits</w:t>
      </w:r>
      <w:proofErr w:type="spellEnd"/>
      <w:r>
        <w:t xml:space="preserve">- und </w:t>
      </w:r>
      <w:proofErr w:type="spellStart"/>
      <w:r>
        <w:t>Gesundheitsschutzes</w:t>
      </w:r>
      <w:proofErr w:type="spellEnd"/>
      <w:r>
        <w:t xml:space="preserve">. In den </w:t>
      </w:r>
      <w:proofErr w:type="spellStart"/>
      <w:r>
        <w:t>Gesprächen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dunkelblaues</w:t>
      </w:r>
      <w:proofErr w:type="spellEnd"/>
      <w:r>
        <w:t xml:space="preserve"> T-Shirt </w:t>
      </w:r>
      <w:proofErr w:type="spellStart"/>
      <w:r>
        <w:t>wünschen</w:t>
      </w:r>
      <w:proofErr w:type="spellEnd"/>
      <w:r>
        <w:t xml:space="preserve">. Die </w:t>
      </w:r>
      <w:proofErr w:type="spellStart"/>
      <w:r>
        <w:t>Begründung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nachvollziehbar</w:t>
      </w:r>
      <w:proofErr w:type="spellEnd"/>
      <w:r>
        <w:t xml:space="preserve">: Es </w:t>
      </w:r>
      <w:proofErr w:type="spellStart"/>
      <w:r>
        <w:t>passt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übrigen</w:t>
      </w:r>
      <w:proofErr w:type="spellEnd"/>
      <w:r>
        <w:t xml:space="preserve"> </w:t>
      </w:r>
      <w:proofErr w:type="spellStart"/>
      <w:r>
        <w:t>Dienstkleidung</w:t>
      </w:r>
      <w:proofErr w:type="spellEnd"/>
      <w:r>
        <w:t xml:space="preserve"> und </w:t>
      </w:r>
      <w:proofErr w:type="spellStart"/>
      <w:r>
        <w:t>ist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täglichen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 </w:t>
      </w:r>
      <w:proofErr w:type="spellStart"/>
      <w:r>
        <w:t>deutlich</w:t>
      </w:r>
      <w:proofErr w:type="spellEnd"/>
      <w:r>
        <w:t xml:space="preserve"> </w:t>
      </w:r>
      <w:proofErr w:type="spellStart"/>
      <w:r>
        <w:t>unempfindlicher</w:t>
      </w:r>
      <w:proofErr w:type="spellEnd"/>
      <w:r>
        <w:t xml:space="preserve"> </w:t>
      </w:r>
      <w:proofErr w:type="spellStart"/>
      <w:r>
        <w:t>gegenüber</w:t>
      </w:r>
      <w:proofErr w:type="spellEnd"/>
      <w:r>
        <w:t xml:space="preserve"> </w:t>
      </w:r>
      <w:proofErr w:type="spellStart"/>
      <w:r>
        <w:t>sichtbaren</w:t>
      </w:r>
      <w:proofErr w:type="spellEnd"/>
      <w:r>
        <w:t xml:space="preserve"> </w:t>
      </w:r>
      <w:proofErr w:type="spellStart"/>
      <w:r>
        <w:t>Schweißflecken</w:t>
      </w:r>
      <w:proofErr w:type="spellEnd"/>
      <w:r>
        <w:t xml:space="preserve">. Als </w:t>
      </w:r>
      <w:proofErr w:type="spellStart"/>
      <w:r>
        <w:t>Gegenargument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angeführt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hellblauer</w:t>
      </w:r>
      <w:proofErr w:type="spellEnd"/>
      <w:r>
        <w:t xml:space="preserve"> </w:t>
      </w:r>
      <w:proofErr w:type="spellStart"/>
      <w:r>
        <w:t>Farbton</w:t>
      </w:r>
      <w:proofErr w:type="spellEnd"/>
      <w:r>
        <w:t xml:space="preserve"> </w:t>
      </w:r>
      <w:proofErr w:type="spellStart"/>
      <w:r>
        <w:t>entspreche</w:t>
      </w:r>
      <w:proofErr w:type="spellEnd"/>
      <w:r>
        <w:t xml:space="preserve"> </w:t>
      </w:r>
      <w:proofErr w:type="spellStart"/>
      <w:r>
        <w:t>eher</w:t>
      </w:r>
      <w:proofErr w:type="spellEnd"/>
      <w:r>
        <w:t xml:space="preserve"> den </w:t>
      </w:r>
      <w:proofErr w:type="spellStart"/>
      <w:r>
        <w:t>politischen</w:t>
      </w:r>
      <w:proofErr w:type="spellEnd"/>
      <w:r>
        <w:t xml:space="preserve"> </w:t>
      </w:r>
      <w:proofErr w:type="spellStart"/>
      <w:r>
        <w:t>Vorstellungen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Sichtweise</w:t>
      </w:r>
      <w:proofErr w:type="spellEnd"/>
      <w:r>
        <w:t xml:space="preserve"> </w:t>
      </w:r>
      <w:proofErr w:type="spellStart"/>
      <w:r>
        <w:t>teilen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nicht. </w:t>
      </w:r>
      <w:proofErr w:type="spellStart"/>
      <w:r>
        <w:t>Entscheidend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 sein,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Lösung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Arbeitsalltag</w:t>
      </w:r>
      <w:proofErr w:type="spellEnd"/>
      <w:r>
        <w:t xml:space="preserve"> </w:t>
      </w:r>
      <w:proofErr w:type="spellStart"/>
      <w:r>
        <w:t>bewährt</w:t>
      </w:r>
      <w:proofErr w:type="spellEnd"/>
      <w:r>
        <w:t xml:space="preserve">. Als </w:t>
      </w:r>
      <w:proofErr w:type="spellStart"/>
      <w:r>
        <w:t>Ergebnis</w:t>
      </w:r>
      <w:proofErr w:type="spellEnd"/>
      <w:r>
        <w:t xml:space="preserve"> der </w:t>
      </w:r>
      <w:proofErr w:type="spellStart"/>
      <w:r>
        <w:t>Gespräche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nun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neues</w:t>
      </w:r>
      <w:proofErr w:type="spellEnd"/>
      <w:r>
        <w:t xml:space="preserve"> </w:t>
      </w:r>
      <w:proofErr w:type="spellStart"/>
      <w:r>
        <w:t>Oberteil</w:t>
      </w:r>
      <w:proofErr w:type="spellEnd"/>
      <w:r>
        <w:t xml:space="preserve"> </w:t>
      </w:r>
      <w:proofErr w:type="spellStart"/>
      <w:r>
        <w:t>ohne</w:t>
      </w:r>
      <w:proofErr w:type="spellEnd"/>
      <w:r>
        <w:t xml:space="preserve"> Kragen und </w:t>
      </w:r>
      <w:proofErr w:type="spellStart"/>
      <w:r>
        <w:t>Knopfleiste</w:t>
      </w:r>
      <w:proofErr w:type="spellEnd"/>
      <w:r>
        <w:t xml:space="preserve"> mit </w:t>
      </w:r>
      <w:proofErr w:type="spellStart"/>
      <w:r>
        <w:t>atmungsaktivem</w:t>
      </w:r>
      <w:proofErr w:type="spellEnd"/>
      <w:r>
        <w:t xml:space="preserve"> Mesh-</w:t>
      </w:r>
      <w:proofErr w:type="spellStart"/>
      <w:r>
        <w:t>Einsatz</w:t>
      </w:r>
      <w:proofErr w:type="spellEnd"/>
      <w:r>
        <w:t xml:space="preserve"> </w:t>
      </w:r>
      <w:proofErr w:type="spellStart"/>
      <w:r>
        <w:t>erprobt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Die </w:t>
      </w:r>
      <w:proofErr w:type="spellStart"/>
      <w:r>
        <w:t>Testphase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sowohl</w:t>
      </w:r>
      <w:proofErr w:type="spellEnd"/>
      <w:r>
        <w:t xml:space="preserve"> in der Justiz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Justizvollzug</w:t>
      </w:r>
      <w:proofErr w:type="spellEnd"/>
      <w:r>
        <w:t xml:space="preserve"> </w:t>
      </w:r>
      <w:proofErr w:type="spellStart"/>
      <w:r>
        <w:t>stattfinden</w:t>
      </w:r>
      <w:proofErr w:type="spellEnd"/>
      <w:r>
        <w:t xml:space="preserve">. Dass der </w:t>
      </w:r>
      <w:proofErr w:type="spellStart"/>
      <w:r>
        <w:t>Wachtmeisterverband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bereit</w:t>
      </w:r>
      <w:proofErr w:type="spellEnd"/>
      <w:r>
        <w:t xml:space="preserve"> </w:t>
      </w:r>
      <w:proofErr w:type="spellStart"/>
      <w:r>
        <w:t>erklärt</w:t>
      </w:r>
      <w:proofErr w:type="spellEnd"/>
      <w:r>
        <w:t xml:space="preserve"> hat, den Test in der Justiz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begleiten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begrüßen</w:t>
      </w:r>
      <w:proofErr w:type="spellEnd"/>
      <w:r>
        <w:t xml:space="preserve">. </w:t>
      </w:r>
      <w:proofErr w:type="spellStart"/>
      <w:r>
        <w:t>Entscheidend</w:t>
      </w:r>
      <w:proofErr w:type="spellEnd"/>
      <w:r>
        <w:t xml:space="preserve"> </w:t>
      </w:r>
      <w:proofErr w:type="spellStart"/>
      <w:r>
        <w:t>bleibt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: Den </w:t>
      </w:r>
      <w:proofErr w:type="spellStart"/>
      <w:r>
        <w:t>Anstoß</w:t>
      </w:r>
      <w:proofErr w:type="spellEnd"/>
      <w:r>
        <w:t xml:space="preserve"> für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Prozess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die </w:t>
      </w:r>
      <w:proofErr w:type="spellStart"/>
      <w:r>
        <w:t>gemeinsame</w:t>
      </w:r>
      <w:proofErr w:type="spellEnd"/>
      <w:r>
        <w:t xml:space="preserve"> Initiative der </w:t>
      </w:r>
      <w:proofErr w:type="spellStart"/>
      <w:r>
        <w:t>Hauptpersonalräte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das </w:t>
      </w:r>
      <w:proofErr w:type="spellStart"/>
      <w:r>
        <w:t>beharrliche</w:t>
      </w:r>
      <w:proofErr w:type="spellEnd"/>
      <w:r>
        <w:t xml:space="preserve"> </w:t>
      </w:r>
      <w:proofErr w:type="spellStart"/>
      <w:r>
        <w:t>Nachfassen</w:t>
      </w:r>
      <w:proofErr w:type="spellEnd"/>
      <w:r>
        <w:t xml:space="preserve"> von DJG und </w:t>
      </w:r>
      <w:proofErr w:type="spellStart"/>
      <w:r>
        <w:t>BSBD</w:t>
      </w:r>
      <w:proofErr w:type="spellEnd"/>
      <w:r>
        <w:t xml:space="preserve"> </w:t>
      </w:r>
      <w:proofErr w:type="spellStart"/>
      <w:r>
        <w:t>gegeben</w:t>
      </w:r>
      <w:proofErr w:type="spellEnd"/>
      <w:r>
        <w:t xml:space="preserve">. Wir </w:t>
      </w:r>
      <w:proofErr w:type="spellStart"/>
      <w:r>
        <w:t>werden</w:t>
      </w:r>
      <w:proofErr w:type="spellEnd"/>
      <w:r>
        <w:t xml:space="preserve"> die </w:t>
      </w:r>
      <w:proofErr w:type="spellStart"/>
      <w:r>
        <w:t>Erprobung</w:t>
      </w:r>
      <w:proofErr w:type="spellEnd"/>
      <w:r>
        <w:t xml:space="preserve"> </w:t>
      </w:r>
      <w:proofErr w:type="spellStart"/>
      <w:r>
        <w:t>aufmerksam</w:t>
      </w:r>
      <w:proofErr w:type="spellEnd"/>
      <w:r>
        <w:t xml:space="preserve"> </w:t>
      </w:r>
      <w:proofErr w:type="spellStart"/>
      <w:r>
        <w:t>begleiten</w:t>
      </w:r>
      <w:proofErr w:type="spellEnd"/>
      <w:r>
        <w:t xml:space="preserve"> und </w:t>
      </w:r>
      <w:proofErr w:type="spellStart"/>
      <w:r>
        <w:t>uns</w:t>
      </w:r>
      <w:proofErr w:type="spellEnd"/>
      <w:r>
        <w:t xml:space="preserve"> </w:t>
      </w:r>
      <w:proofErr w:type="spellStart"/>
      <w:r>
        <w:t>weiterhin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lastRenderedPageBreak/>
        <w:t>einsetzen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Erfahrungen</w:t>
      </w:r>
      <w:proofErr w:type="spellEnd"/>
      <w:r>
        <w:t xml:space="preserve"> der </w:t>
      </w:r>
      <w:proofErr w:type="spellStart"/>
      <w:r>
        <w:t>Beschäftigten</w:t>
      </w:r>
      <w:proofErr w:type="spellEnd"/>
      <w:r>
        <w:t xml:space="preserve"> in die </w:t>
      </w:r>
      <w:proofErr w:type="spellStart"/>
      <w:r>
        <w:t>endgültige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 </w:t>
      </w:r>
      <w:proofErr w:type="spellStart"/>
      <w:r>
        <w:t>einfließen</w:t>
      </w:r>
      <w:proofErr w:type="spellEnd"/>
      <w:r>
        <w:t xml:space="preserve">. Gute </w:t>
      </w:r>
      <w:proofErr w:type="spellStart"/>
      <w:r>
        <w:t>Dienstkleidung</w:t>
      </w:r>
      <w:proofErr w:type="spellEnd"/>
      <w:r>
        <w:t xml:space="preserve"> </w:t>
      </w:r>
      <w:proofErr w:type="spellStart"/>
      <w:r>
        <w:t>entsteht</w:t>
      </w:r>
      <w:proofErr w:type="spellEnd"/>
      <w:r>
        <w:t xml:space="preserve"> nicht am </w:t>
      </w:r>
      <w:proofErr w:type="spellStart"/>
      <w:r>
        <w:t>Schreibtisch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orientiert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an der Praxis.</w:t>
      </w:r>
    </w:p>
    <w:p w14:paraId="774B4F0D" w14:textId="77777777" w:rsidR="00132049" w:rsidRDefault="00000000">
      <w:proofErr w:type="spellStart"/>
      <w:r>
        <w:t>Beschaffung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Dienstshirts</w:t>
      </w:r>
      <w:proofErr w:type="spellEnd"/>
      <w:r>
        <w:t xml:space="preserve"> für </w:t>
      </w:r>
      <w:proofErr w:type="spellStart"/>
      <w:r>
        <w:t>Jus�z</w:t>
      </w:r>
      <w:proofErr w:type="spellEnd"/>
      <w:r>
        <w:t xml:space="preserve"> und </w:t>
      </w:r>
      <w:proofErr w:type="spellStart"/>
      <w:r>
        <w:t>Jus�zvollzug</w:t>
      </w:r>
      <w:proofErr w:type="spellEnd"/>
    </w:p>
    <w:p w14:paraId="1F24AEC5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proofErr w:type="spellStart"/>
      <w:r>
        <w:t>Dunkelblaue</w:t>
      </w:r>
      <w:proofErr w:type="spellEnd"/>
      <w:r>
        <w:t xml:space="preserve"> </w:t>
      </w:r>
      <w:proofErr w:type="spellStart"/>
      <w:r>
        <w:t>Dienstshirts</w:t>
      </w:r>
      <w:proofErr w:type="spellEnd"/>
      <w:r>
        <w:t xml:space="preserve"> mit der </w:t>
      </w:r>
      <w:proofErr w:type="spellStart"/>
      <w:r>
        <w:t>Aufschrift</w:t>
      </w:r>
      <w:proofErr w:type="spellEnd"/>
      <w:r>
        <w:t xml:space="preserve"> „Justiz“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aufgenähten</w:t>
      </w:r>
      <w:proofErr w:type="spellEnd"/>
      <w:r>
        <w:t xml:space="preserve"> </w:t>
      </w:r>
      <w:proofErr w:type="spellStart"/>
      <w:r>
        <w:t>Abzeichen</w:t>
      </w:r>
      <w:proofErr w:type="spellEnd"/>
      <w:r>
        <w:t>.</w:t>
      </w:r>
    </w:p>
    <w:p w14:paraId="5D517795" w14:textId="77777777" w:rsidR="00132049" w:rsidRDefault="00000000">
      <w:r>
        <w:br w:type="page"/>
      </w:r>
    </w:p>
    <w:p w14:paraId="19657BED" w14:textId="77777777" w:rsidR="00132049" w:rsidRDefault="00000000">
      <w:pPr>
        <w:pStyle w:val="berschrift1"/>
      </w:pPr>
      <w:r>
        <w:lastRenderedPageBreak/>
        <w:t xml:space="preserve">Ein </w:t>
      </w:r>
      <w:proofErr w:type="spellStart"/>
      <w:r>
        <w:t>Pilotprojekt</w:t>
      </w:r>
      <w:proofErr w:type="spellEnd"/>
      <w:r>
        <w:t xml:space="preserve"> muss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fliegen</w:t>
      </w:r>
      <w:proofErr w:type="spellEnd"/>
      <w:r>
        <w:t xml:space="preserve"> </w:t>
      </w:r>
      <w:proofErr w:type="spellStart"/>
      <w:r>
        <w:t>dürfen</w:t>
      </w:r>
      <w:proofErr w:type="spellEnd"/>
    </w:p>
    <w:p w14:paraId="6550030B" w14:textId="77777777" w:rsidR="00132049" w:rsidRDefault="00000000">
      <w:proofErr w:type="spellStart"/>
      <w:r>
        <w:rPr>
          <w:i/>
        </w:rPr>
        <w:t>Untertitel</w:t>
      </w:r>
      <w:proofErr w:type="spellEnd"/>
      <w:r>
        <w:rPr>
          <w:i/>
        </w:rPr>
        <w:t xml:space="preserve">: Ein Update </w:t>
      </w:r>
      <w:proofErr w:type="spellStart"/>
      <w:r>
        <w:rPr>
          <w:i/>
        </w:rPr>
        <w:t>zur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Evaluierung</w:t>
      </w:r>
      <w:proofErr w:type="spellEnd"/>
      <w:r>
        <w:rPr>
          <w:i/>
        </w:rPr>
        <w:t xml:space="preserve"> der </w:t>
      </w:r>
      <w:proofErr w:type="spellStart"/>
      <w:r>
        <w:rPr>
          <w:i/>
        </w:rPr>
        <w:t>Dienstvereinbarung</w:t>
      </w:r>
      <w:proofErr w:type="spellEnd"/>
      <w:r>
        <w:rPr>
          <w:i/>
        </w:rPr>
        <w:t xml:space="preserve"> mobiles </w:t>
      </w:r>
      <w:proofErr w:type="spellStart"/>
      <w:r>
        <w:rPr>
          <w:i/>
        </w:rPr>
        <w:t>Arbeiten</w:t>
      </w:r>
      <w:proofErr w:type="spellEnd"/>
      <w:r>
        <w:rPr>
          <w:i/>
        </w:rPr>
        <w:t>.</w:t>
      </w:r>
    </w:p>
    <w:p w14:paraId="4991B5EE" w14:textId="77777777" w:rsidR="00132049" w:rsidRDefault="00000000">
      <w:r>
        <w:t>12 DJG Landesverband Hessen e.V.</w:t>
      </w:r>
    </w:p>
    <w:p w14:paraId="75FD4BBE" w14:textId="77777777" w:rsidR="00132049" w:rsidRDefault="00000000">
      <w:r>
        <w:t xml:space="preserve">Als </w:t>
      </w:r>
      <w:proofErr w:type="spellStart"/>
      <w:r>
        <w:t>vor</w:t>
      </w:r>
      <w:proofErr w:type="spellEnd"/>
      <w:r>
        <w:t xml:space="preserve"> </w:t>
      </w:r>
      <w:proofErr w:type="spellStart"/>
      <w:r>
        <w:t>vielen</w:t>
      </w:r>
      <w:proofErr w:type="spellEnd"/>
      <w:r>
        <w:t xml:space="preserve"> Jahren die </w:t>
      </w:r>
      <w:proofErr w:type="spellStart"/>
      <w:r>
        <w:t>Gleitzeit</w:t>
      </w:r>
      <w:proofErr w:type="spellEnd"/>
      <w:r>
        <w:t xml:space="preserve"> mit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Mindestpräsenz</w:t>
      </w:r>
      <w:proofErr w:type="spellEnd"/>
      <w:r>
        <w:t xml:space="preserve"> von vier </w:t>
      </w:r>
      <w:proofErr w:type="spellStart"/>
      <w:r>
        <w:t>Stunden</w:t>
      </w:r>
      <w:proofErr w:type="spellEnd"/>
      <w:r>
        <w:t xml:space="preserve"> </w:t>
      </w:r>
      <w:proofErr w:type="spellStart"/>
      <w:r>
        <w:t>eingeführt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war die </w:t>
      </w:r>
      <w:proofErr w:type="spellStart"/>
      <w:r>
        <w:t>Aufregung</w:t>
      </w:r>
      <w:proofErr w:type="spellEnd"/>
      <w:r>
        <w:t xml:space="preserve"> </w:t>
      </w:r>
      <w:proofErr w:type="spellStart"/>
      <w:r>
        <w:t>groß</w:t>
      </w:r>
      <w:proofErr w:type="spellEnd"/>
      <w:r>
        <w:t xml:space="preserve"> „Dann </w:t>
      </w:r>
      <w:proofErr w:type="spellStart"/>
      <w:r>
        <w:t>sitzt</w:t>
      </w:r>
      <w:proofErr w:type="spellEnd"/>
      <w:r>
        <w:t xml:space="preserve"> </w:t>
      </w:r>
      <w:proofErr w:type="spellStart"/>
      <w:r>
        <w:t>nachmittags</w:t>
      </w:r>
      <w:proofErr w:type="spellEnd"/>
      <w:r>
        <w:t xml:space="preserve"> </w:t>
      </w:r>
      <w:proofErr w:type="spellStart"/>
      <w:r>
        <w:t>keiner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Büro.“ „Das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doch</w:t>
      </w:r>
      <w:proofErr w:type="spellEnd"/>
      <w:r>
        <w:t xml:space="preserve"> gar nicht </w:t>
      </w:r>
      <w:proofErr w:type="spellStart"/>
      <w:r>
        <w:t>funktionieren</w:t>
      </w:r>
      <w:proofErr w:type="spellEnd"/>
      <w:r>
        <w:t xml:space="preserve">.“ „Das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doch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Chaos.“ Die </w:t>
      </w:r>
      <w:proofErr w:type="spellStart"/>
      <w:r>
        <w:t>üblichen</w:t>
      </w:r>
      <w:proofErr w:type="spellEnd"/>
      <w:r>
        <w:t xml:space="preserve"> </w:t>
      </w:r>
      <w:proofErr w:type="spellStart"/>
      <w:r>
        <w:t>Befürchtungen</w:t>
      </w:r>
      <w:proofErr w:type="spellEnd"/>
      <w:r>
        <w:t xml:space="preserve"> also,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verändert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, das </w:t>
      </w:r>
      <w:proofErr w:type="spellStart"/>
      <w:r>
        <w:t>zuvor</w:t>
      </w:r>
      <w:proofErr w:type="spellEnd"/>
      <w:r>
        <w:t xml:space="preserve"> </w:t>
      </w:r>
      <w:proofErr w:type="spellStart"/>
      <w:r>
        <w:t>jahrzehntelang</w:t>
      </w:r>
      <w:proofErr w:type="spellEnd"/>
      <w:r>
        <w:t xml:space="preserve"> </w:t>
      </w:r>
      <w:proofErr w:type="spellStart"/>
      <w:r>
        <w:t>anders</w:t>
      </w:r>
      <w:proofErr w:type="spellEnd"/>
      <w:r>
        <w:t xml:space="preserve"> </w:t>
      </w:r>
      <w:proofErr w:type="spellStart"/>
      <w:r>
        <w:t>geregelt</w:t>
      </w:r>
      <w:proofErr w:type="spellEnd"/>
      <w:r>
        <w:t xml:space="preserve"> war. Heute </w:t>
      </w:r>
      <w:proofErr w:type="spellStart"/>
      <w:r>
        <w:t>spricht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jemand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. </w:t>
      </w:r>
      <w:proofErr w:type="spellStart"/>
      <w:r>
        <w:t>Gleitzeit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längst</w:t>
      </w:r>
      <w:proofErr w:type="spellEnd"/>
      <w:r>
        <w:t xml:space="preserve"> </w:t>
      </w:r>
      <w:proofErr w:type="spellStart"/>
      <w:r>
        <w:t>selbstverständlich</w:t>
      </w:r>
      <w:proofErr w:type="spellEnd"/>
      <w:r>
        <w:t xml:space="preserve"> </w:t>
      </w:r>
      <w:proofErr w:type="spellStart"/>
      <w:r>
        <w:t>geworden</w:t>
      </w:r>
      <w:proofErr w:type="spellEnd"/>
      <w:r>
        <w:t xml:space="preserve">. Und manches Problem, das </w:t>
      </w:r>
      <w:proofErr w:type="spellStart"/>
      <w:r>
        <w:t>vorher</w:t>
      </w:r>
      <w:proofErr w:type="spellEnd"/>
      <w:r>
        <w:t xml:space="preserve"> </w:t>
      </w:r>
      <w:proofErr w:type="spellStart"/>
      <w:r>
        <w:t>umständlich</w:t>
      </w:r>
      <w:proofErr w:type="spellEnd"/>
      <w:r>
        <w:t xml:space="preserve"> </w:t>
      </w:r>
      <w:proofErr w:type="spellStart"/>
      <w:r>
        <w:t>verwaltet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musste</w:t>
      </w:r>
      <w:proofErr w:type="spellEnd"/>
      <w:r>
        <w:t xml:space="preserve">, </w:t>
      </w:r>
      <w:proofErr w:type="spellStart"/>
      <w:r>
        <w:t>löste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plötzlich</w:t>
      </w:r>
      <w:proofErr w:type="spellEnd"/>
      <w:r>
        <w:t xml:space="preserve"> fast von </w:t>
      </w:r>
      <w:proofErr w:type="spellStart"/>
      <w:r>
        <w:t>allein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Arzttermin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private </w:t>
      </w:r>
      <w:proofErr w:type="spellStart"/>
      <w:r>
        <w:t>Erledigung</w:t>
      </w:r>
      <w:proofErr w:type="spellEnd"/>
      <w:r>
        <w:t xml:space="preserve"> </w:t>
      </w:r>
      <w:proofErr w:type="spellStart"/>
      <w:r>
        <w:t>machen</w:t>
      </w:r>
      <w:proofErr w:type="spellEnd"/>
      <w:r>
        <w:t xml:space="preserve"> </w:t>
      </w:r>
      <w:proofErr w:type="spellStart"/>
      <w:r>
        <w:t>musste</w:t>
      </w:r>
      <w:proofErr w:type="spellEnd"/>
      <w:r>
        <w:t xml:space="preserve">, </w:t>
      </w:r>
      <w:proofErr w:type="spellStart"/>
      <w:r>
        <w:t>brauchte</w:t>
      </w:r>
      <w:proofErr w:type="spellEnd"/>
      <w:r>
        <w:t xml:space="preserve"> nicht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gleich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halben</w:t>
      </w:r>
      <w:proofErr w:type="spellEnd"/>
      <w:r>
        <w:t xml:space="preserve"> </w:t>
      </w:r>
      <w:proofErr w:type="spellStart"/>
      <w:r>
        <w:t>Urlaubstag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Freizeitausgleich</w:t>
      </w:r>
      <w:proofErr w:type="spellEnd"/>
      <w:r>
        <w:t xml:space="preserve">. Die </w:t>
      </w:r>
      <w:proofErr w:type="spellStart"/>
      <w:r>
        <w:t>Angelegenheit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erledigt</w:t>
      </w:r>
      <w:proofErr w:type="spellEnd"/>
      <w:r>
        <w:t xml:space="preserve">, </w:t>
      </w:r>
      <w:proofErr w:type="spellStart"/>
      <w:r>
        <w:t>anschließend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weitergearbeitet</w:t>
      </w:r>
      <w:proofErr w:type="spellEnd"/>
      <w:r>
        <w:t xml:space="preserve">. Die Welt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 nicht </w:t>
      </w:r>
      <w:proofErr w:type="spellStart"/>
      <w:r>
        <w:t>untergegangen</w:t>
      </w:r>
      <w:proofErr w:type="spellEnd"/>
      <w:r>
        <w:t xml:space="preserve">. Nicht </w:t>
      </w:r>
      <w:proofErr w:type="spellStart"/>
      <w:r>
        <w:t>einmal</w:t>
      </w:r>
      <w:proofErr w:type="spellEnd"/>
      <w:r>
        <w:t xml:space="preserve"> die Verwaltung. Die </w:t>
      </w:r>
      <w:proofErr w:type="spellStart"/>
      <w:r>
        <w:t>heutige</w:t>
      </w:r>
      <w:proofErr w:type="spellEnd"/>
      <w:r>
        <w:t xml:space="preserve"> </w:t>
      </w:r>
      <w:proofErr w:type="spellStart"/>
      <w:r>
        <w:t>Diskussion</w:t>
      </w:r>
      <w:proofErr w:type="spellEnd"/>
      <w:r>
        <w:t xml:space="preserve"> über mobile Arbeit </w:t>
      </w:r>
      <w:proofErr w:type="spellStart"/>
      <w:r>
        <w:t>erinnert</w:t>
      </w:r>
      <w:proofErr w:type="spellEnd"/>
      <w:r>
        <w:t xml:space="preserve"> in </w:t>
      </w:r>
      <w:proofErr w:type="spellStart"/>
      <w:r>
        <w:t>mancher</w:t>
      </w:r>
      <w:proofErr w:type="spellEnd"/>
      <w:r>
        <w:t xml:space="preserve"> </w:t>
      </w:r>
      <w:proofErr w:type="spellStart"/>
      <w:r>
        <w:t>Hinsicht</w:t>
      </w:r>
      <w:proofErr w:type="spellEnd"/>
      <w:r>
        <w:t xml:space="preserve"> an </w:t>
      </w:r>
      <w:proofErr w:type="spellStart"/>
      <w:r>
        <w:t>diese</w:t>
      </w:r>
      <w:proofErr w:type="spellEnd"/>
      <w:r>
        <w:t xml:space="preserve"> Zeit. Auch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zahlreiche</w:t>
      </w:r>
      <w:proofErr w:type="spellEnd"/>
      <w:r>
        <w:t xml:space="preserve"> </w:t>
      </w:r>
      <w:proofErr w:type="spellStart"/>
      <w:r>
        <w:t>Befürchtungen</w:t>
      </w:r>
      <w:proofErr w:type="spellEnd"/>
      <w:r>
        <w:t xml:space="preserve">. Der </w:t>
      </w:r>
      <w:proofErr w:type="spellStart"/>
      <w:r>
        <w:t>Teamgeist</w:t>
      </w:r>
      <w:proofErr w:type="spellEnd"/>
      <w:r>
        <w:t xml:space="preserve"> </w:t>
      </w:r>
      <w:proofErr w:type="spellStart"/>
      <w:r>
        <w:t>könnte</w:t>
      </w:r>
      <w:proofErr w:type="spellEnd"/>
      <w:r>
        <w:t xml:space="preserve"> </w:t>
      </w:r>
      <w:proofErr w:type="spellStart"/>
      <w:r>
        <w:t>leiden</w:t>
      </w:r>
      <w:proofErr w:type="spellEnd"/>
      <w:r>
        <w:t xml:space="preserve">. Neue </w:t>
      </w:r>
      <w:proofErr w:type="spellStart"/>
      <w:r>
        <w:t>Kolleginnen</w:t>
      </w:r>
      <w:proofErr w:type="spellEnd"/>
      <w:r>
        <w:t xml:space="preserve"> und </w:t>
      </w:r>
      <w:proofErr w:type="spellStart"/>
      <w:r>
        <w:t>Kollegen</w:t>
      </w:r>
      <w:proofErr w:type="spellEnd"/>
      <w:r>
        <w:t xml:space="preserve"> </w:t>
      </w:r>
      <w:proofErr w:type="spellStart"/>
      <w:r>
        <w:t>könnten</w:t>
      </w:r>
      <w:proofErr w:type="spellEnd"/>
      <w:r>
        <w:t xml:space="preserve"> </w:t>
      </w:r>
      <w:proofErr w:type="spellStart"/>
      <w:r>
        <w:t>schwieriger</w:t>
      </w:r>
      <w:proofErr w:type="spellEnd"/>
      <w:r>
        <w:t xml:space="preserve"> </w:t>
      </w:r>
      <w:proofErr w:type="spellStart"/>
      <w:r>
        <w:t>eingearbeitet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Der </w:t>
      </w:r>
      <w:proofErr w:type="spellStart"/>
      <w:r>
        <w:t>spontane</w:t>
      </w:r>
      <w:proofErr w:type="spellEnd"/>
      <w:r>
        <w:t xml:space="preserve"> </w:t>
      </w:r>
      <w:proofErr w:type="spellStart"/>
      <w:r>
        <w:t>Austausch</w:t>
      </w:r>
      <w:proofErr w:type="spellEnd"/>
      <w:r>
        <w:t xml:space="preserve"> auf dem Flur </w:t>
      </w:r>
      <w:proofErr w:type="spellStart"/>
      <w:r>
        <w:t>könnte</w:t>
      </w:r>
      <w:proofErr w:type="spellEnd"/>
      <w:r>
        <w:t xml:space="preserve"> </w:t>
      </w:r>
      <w:proofErr w:type="spellStart"/>
      <w:r>
        <w:t>fehlen</w:t>
      </w:r>
      <w:proofErr w:type="spellEnd"/>
      <w:r>
        <w:t xml:space="preserve">. </w:t>
      </w:r>
      <w:proofErr w:type="spellStart"/>
      <w:r>
        <w:t>Konflikte</w:t>
      </w:r>
      <w:proofErr w:type="spellEnd"/>
      <w:r>
        <w:t xml:space="preserve"> </w:t>
      </w:r>
      <w:proofErr w:type="spellStart"/>
      <w:r>
        <w:t>könnten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persönliche</w:t>
      </w:r>
      <w:proofErr w:type="spellEnd"/>
      <w:r>
        <w:t xml:space="preserve"> </w:t>
      </w:r>
      <w:proofErr w:type="spellStart"/>
      <w:r>
        <w:t>Begegnungen</w:t>
      </w:r>
      <w:proofErr w:type="spellEnd"/>
      <w:r>
        <w:t xml:space="preserve"> </w:t>
      </w:r>
      <w:proofErr w:type="spellStart"/>
      <w:r>
        <w:t>seltener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Oder </w:t>
      </w:r>
      <w:proofErr w:type="spellStart"/>
      <w:r>
        <w:t>bestehende</w:t>
      </w:r>
      <w:proofErr w:type="spellEnd"/>
      <w:r>
        <w:t xml:space="preserve"> </w:t>
      </w:r>
      <w:proofErr w:type="spellStart"/>
      <w:r>
        <w:t>Konflikte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nicht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ausgetragen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man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mobilen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leichter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dem Weg </w:t>
      </w:r>
      <w:proofErr w:type="spellStart"/>
      <w:r>
        <w:t>gehen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Das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. Aber </w:t>
      </w:r>
      <w:proofErr w:type="spellStart"/>
      <w:r>
        <w:t>bekannt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es </w:t>
      </w:r>
      <w:proofErr w:type="spellStart"/>
      <w:r>
        <w:t>bislang</w:t>
      </w:r>
      <w:proofErr w:type="spellEnd"/>
      <w:r>
        <w:t xml:space="preserve"> nicht. Und </w:t>
      </w:r>
      <w:proofErr w:type="spellStart"/>
      <w:r>
        <w:t>genau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Pilotprojekte</w:t>
      </w:r>
      <w:proofErr w:type="spellEnd"/>
      <w:r>
        <w:t>.</w:t>
      </w:r>
    </w:p>
    <w:p w14:paraId="114FA187" w14:textId="77777777" w:rsidR="00132049" w:rsidRDefault="00000000">
      <w:r>
        <w:t xml:space="preserve">Ein </w:t>
      </w:r>
      <w:proofErr w:type="spellStart"/>
      <w:r>
        <w:t>Pilotprojekt</w:t>
      </w:r>
      <w:proofErr w:type="spellEnd"/>
      <w:r>
        <w:t xml:space="preserve"> </w:t>
      </w:r>
      <w:proofErr w:type="spellStart"/>
      <w:r>
        <w:t>soll</w:t>
      </w:r>
      <w:proofErr w:type="spellEnd"/>
      <w:r>
        <w:t xml:space="preserve"> nicht </w:t>
      </w:r>
      <w:proofErr w:type="spellStart"/>
      <w:r>
        <w:t>beweisen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feststehende</w:t>
      </w:r>
      <w:proofErr w:type="spellEnd"/>
      <w:r>
        <w:t xml:space="preserve"> Meinung </w:t>
      </w:r>
      <w:proofErr w:type="spellStart"/>
      <w:r>
        <w:t>richtig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Es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ermöglichen</w:t>
      </w:r>
      <w:proofErr w:type="spellEnd"/>
      <w:r>
        <w:t xml:space="preserve">. Es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zeigen</w:t>
      </w:r>
      <w:proofErr w:type="spellEnd"/>
      <w:r>
        <w:t xml:space="preserve">, was </w:t>
      </w:r>
      <w:proofErr w:type="spellStart"/>
      <w:r>
        <w:t>funktioniert</w:t>
      </w:r>
      <w:proofErr w:type="spellEnd"/>
      <w:r>
        <w:t xml:space="preserve">, wo </w:t>
      </w:r>
      <w:proofErr w:type="spellStart"/>
      <w:r>
        <w:t>Schwierigkeiten</w:t>
      </w:r>
      <w:proofErr w:type="spellEnd"/>
      <w:r>
        <w:t xml:space="preserve"> </w:t>
      </w:r>
      <w:proofErr w:type="spellStart"/>
      <w:r>
        <w:t>entstehen</w:t>
      </w:r>
      <w:proofErr w:type="spellEnd"/>
      <w:r>
        <w:t xml:space="preserve"> und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Regelungen</w:t>
      </w:r>
      <w:proofErr w:type="spellEnd"/>
      <w:r>
        <w:t xml:space="preserve"> </w:t>
      </w:r>
      <w:proofErr w:type="spellStart"/>
      <w:r>
        <w:t>später</w:t>
      </w:r>
      <w:proofErr w:type="spellEnd"/>
      <w:r>
        <w:t xml:space="preserve"> </w:t>
      </w:r>
      <w:proofErr w:type="spellStart"/>
      <w:r>
        <w:t>möglicherweise</w:t>
      </w:r>
      <w:proofErr w:type="spellEnd"/>
      <w:r>
        <w:t xml:space="preserve"> </w:t>
      </w:r>
      <w:proofErr w:type="spellStart"/>
      <w:r>
        <w:t>angepasst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Das gilt für die </w:t>
      </w:r>
      <w:proofErr w:type="spellStart"/>
      <w:r>
        <w:t>Chancen</w:t>
      </w:r>
      <w:proofErr w:type="spellEnd"/>
      <w:r>
        <w:t xml:space="preserve"> </w:t>
      </w:r>
      <w:proofErr w:type="spellStart"/>
      <w:r>
        <w:t>ebenso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für die </w:t>
      </w:r>
      <w:proofErr w:type="spellStart"/>
      <w:r>
        <w:t>Risiken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deshalb</w:t>
      </w:r>
      <w:proofErr w:type="spellEnd"/>
      <w:r>
        <w:t xml:space="preserve"> muss die Frage </w:t>
      </w:r>
      <w:proofErr w:type="spellStart"/>
      <w:r>
        <w:t>erlaubt</w:t>
      </w:r>
      <w:proofErr w:type="spellEnd"/>
      <w:r>
        <w:t xml:space="preserve"> sein, </w:t>
      </w:r>
      <w:proofErr w:type="spellStart"/>
      <w:r>
        <w:t>welchen</w:t>
      </w:r>
      <w:proofErr w:type="spellEnd"/>
      <w:r>
        <w:t xml:space="preserve"> Sinn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Pilotprojekt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hat, </w:t>
      </w:r>
      <w:proofErr w:type="spellStart"/>
      <w:r>
        <w:t>wenn</w:t>
      </w:r>
      <w:proofErr w:type="spellEnd"/>
      <w:r>
        <w:t xml:space="preserve"> der </w:t>
      </w:r>
      <w:proofErr w:type="spellStart"/>
      <w:r>
        <w:t>vorgesehene</w:t>
      </w:r>
      <w:proofErr w:type="spellEnd"/>
      <w:r>
        <w:t xml:space="preserve"> </w:t>
      </w:r>
      <w:proofErr w:type="spellStart"/>
      <w:r>
        <w:t>Erprobungsraum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der </w:t>
      </w:r>
      <w:proofErr w:type="spellStart"/>
      <w:r>
        <w:t>Laufzeit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örtliche</w:t>
      </w:r>
      <w:proofErr w:type="spellEnd"/>
      <w:r>
        <w:t xml:space="preserve"> </w:t>
      </w:r>
      <w:proofErr w:type="spellStart"/>
      <w:r>
        <w:t>Hausregeln</w:t>
      </w:r>
      <w:proofErr w:type="spellEnd"/>
      <w:r>
        <w:t xml:space="preserve">,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Einschränkungen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zurückhaltende</w:t>
      </w:r>
      <w:proofErr w:type="spellEnd"/>
      <w:r>
        <w:t xml:space="preserve"> </w:t>
      </w:r>
      <w:proofErr w:type="spellStart"/>
      <w:r>
        <w:t>Auslegungen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verkleinert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„Man </w:t>
      </w:r>
      <w:proofErr w:type="spellStart"/>
      <w:r>
        <w:t>kann</w:t>
      </w:r>
      <w:proofErr w:type="spellEnd"/>
      <w:r>
        <w:t xml:space="preserve"> nicht </w:t>
      </w:r>
      <w:proofErr w:type="spellStart"/>
      <w:r>
        <w:t>ernsthaft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erproben</w:t>
      </w:r>
      <w:proofErr w:type="spellEnd"/>
      <w:r>
        <w:t xml:space="preserve"> </w:t>
      </w:r>
      <w:proofErr w:type="spellStart"/>
      <w:r>
        <w:t>wollen</w:t>
      </w:r>
      <w:proofErr w:type="spellEnd"/>
      <w:r>
        <w:t xml:space="preserve"> und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sorgen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wenig</w:t>
      </w:r>
      <w:proofErr w:type="spellEnd"/>
      <w:r>
        <w:t xml:space="preserve"> </w:t>
      </w:r>
      <w:proofErr w:type="spellStart"/>
      <w:r>
        <w:t>erprobt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Eine </w:t>
      </w:r>
      <w:proofErr w:type="spellStart"/>
      <w:r>
        <w:lastRenderedPageBreak/>
        <w:t>landesweite</w:t>
      </w:r>
      <w:proofErr w:type="spellEnd"/>
      <w:r>
        <w:t xml:space="preserve"> </w:t>
      </w:r>
      <w:proofErr w:type="spellStart"/>
      <w:r>
        <w:t>Dienstvereinbarung</w:t>
      </w:r>
      <w:proofErr w:type="spellEnd"/>
      <w:r>
        <w:t xml:space="preserve"> hat </w:t>
      </w:r>
      <w:proofErr w:type="spellStart"/>
      <w:r>
        <w:t>schließlich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den Zweck, </w:t>
      </w:r>
      <w:proofErr w:type="spellStart"/>
      <w:r>
        <w:t>gemeinsame</w:t>
      </w:r>
      <w:proofErr w:type="spellEnd"/>
      <w:r>
        <w:t xml:space="preserve"> </w:t>
      </w:r>
      <w:proofErr w:type="spellStart"/>
      <w:r>
        <w:t>Rahmenbedingungen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schaffen</w:t>
      </w:r>
      <w:proofErr w:type="spellEnd"/>
      <w:r>
        <w:t xml:space="preserve">.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nicht alle </w:t>
      </w:r>
      <w:proofErr w:type="spellStart"/>
      <w:r>
        <w:t>Dienststellen</w:t>
      </w:r>
      <w:proofErr w:type="spellEnd"/>
      <w:r>
        <w:t xml:space="preserve"> </w:t>
      </w:r>
      <w:proofErr w:type="spellStart"/>
      <w:r>
        <w:t>gleich</w:t>
      </w:r>
      <w:proofErr w:type="spellEnd"/>
      <w:r>
        <w:t xml:space="preserve">. </w:t>
      </w:r>
      <w:proofErr w:type="spellStart"/>
      <w:r>
        <w:t>Arbeitsabläufe</w:t>
      </w:r>
      <w:proofErr w:type="spellEnd"/>
      <w:r>
        <w:t xml:space="preserve">, </w:t>
      </w:r>
      <w:proofErr w:type="spellStart"/>
      <w:r>
        <w:t>Aufgaben</w:t>
      </w:r>
      <w:proofErr w:type="spellEnd"/>
      <w:r>
        <w:t xml:space="preserve"> und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Voraussetzungen</w:t>
      </w:r>
      <w:proofErr w:type="spellEnd"/>
      <w:r>
        <w:t xml:space="preserve"> </w:t>
      </w:r>
      <w:proofErr w:type="spellStart"/>
      <w:r>
        <w:t>unterscheiden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. Das </w:t>
      </w:r>
      <w:proofErr w:type="spellStart"/>
      <w:r>
        <w:t>kann</w:t>
      </w:r>
      <w:proofErr w:type="spellEnd"/>
      <w:r>
        <w:t xml:space="preserve"> und muss </w:t>
      </w:r>
      <w:proofErr w:type="spellStart"/>
      <w:r>
        <w:t>berücksichtigt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Es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nicht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führen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jede</w:t>
      </w:r>
      <w:proofErr w:type="spellEnd"/>
      <w:r>
        <w:t xml:space="preserve"> </w:t>
      </w:r>
      <w:proofErr w:type="spellStart"/>
      <w:r>
        <w:t>Dienststelle</w:t>
      </w:r>
      <w:proofErr w:type="spellEnd"/>
      <w:r>
        <w:t xml:space="preserve"> </w:t>
      </w:r>
      <w:proofErr w:type="spellStart"/>
      <w:r>
        <w:t>zusätzlich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eigenen</w:t>
      </w:r>
      <w:proofErr w:type="spellEnd"/>
      <w:r>
        <w:t xml:space="preserve"> </w:t>
      </w:r>
      <w:proofErr w:type="spellStart"/>
      <w:r>
        <w:t>Grundregeln</w:t>
      </w:r>
      <w:proofErr w:type="spellEnd"/>
      <w:r>
        <w:t xml:space="preserve"> </w:t>
      </w:r>
      <w:proofErr w:type="spellStart"/>
      <w:r>
        <w:t>entwickelt</w:t>
      </w:r>
      <w:proofErr w:type="spellEnd"/>
      <w:r>
        <w:t xml:space="preserve">. Denn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am Ende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gemeinsames</w:t>
      </w:r>
      <w:proofErr w:type="spellEnd"/>
      <w:r>
        <w:t xml:space="preserve"> Modell </w:t>
      </w:r>
      <w:proofErr w:type="spellStart"/>
      <w:r>
        <w:t>erprobt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Vielzahl</w:t>
      </w:r>
      <w:proofErr w:type="spellEnd"/>
      <w:r>
        <w:t xml:space="preserve"> </w:t>
      </w:r>
      <w:proofErr w:type="spellStart"/>
      <w:r>
        <w:t>örtlicher</w:t>
      </w:r>
      <w:proofErr w:type="spellEnd"/>
      <w:r>
        <w:t xml:space="preserve"> Varianten. </w:t>
      </w:r>
      <w:proofErr w:type="spellStart"/>
      <w:r>
        <w:t>Anschließend</w:t>
      </w:r>
      <w:proofErr w:type="spellEnd"/>
      <w:r>
        <w:t xml:space="preserve"> </w:t>
      </w:r>
      <w:proofErr w:type="spellStart"/>
      <w:r>
        <w:t>wundert</w:t>
      </w:r>
      <w:proofErr w:type="spellEnd"/>
      <w:r>
        <w:t xml:space="preserve"> man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Ergebnisse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miteinander</w:t>
      </w:r>
      <w:proofErr w:type="spellEnd"/>
      <w:r>
        <w:t xml:space="preserve"> </w:t>
      </w:r>
      <w:proofErr w:type="spellStart"/>
      <w:r>
        <w:t>vergleichbar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Dabei </w:t>
      </w:r>
      <w:proofErr w:type="spellStart"/>
      <w:r>
        <w:t>geht</w:t>
      </w:r>
      <w:proofErr w:type="spellEnd"/>
      <w:r>
        <w:t xml:space="preserve"> es </w:t>
      </w:r>
      <w:proofErr w:type="spellStart"/>
      <w:r>
        <w:t>ausdrücklich</w:t>
      </w:r>
      <w:proofErr w:type="spellEnd"/>
      <w:r>
        <w:t xml:space="preserve"> nicht um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mobile Arbeit um </w:t>
      </w:r>
      <w:proofErr w:type="spellStart"/>
      <w:r>
        <w:t>jeden</w:t>
      </w:r>
      <w:proofErr w:type="spellEnd"/>
      <w:r>
        <w:t xml:space="preserve"> Preis. Auch </w:t>
      </w:r>
      <w:proofErr w:type="spellStart"/>
      <w:r>
        <w:t>unter</w:t>
      </w:r>
      <w:proofErr w:type="spellEnd"/>
      <w:r>
        <w:t xml:space="preserve"> den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das Thema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unterschiedlich</w:t>
      </w:r>
      <w:proofErr w:type="spellEnd"/>
      <w:r>
        <w:t xml:space="preserve"> </w:t>
      </w:r>
      <w:proofErr w:type="spellStart"/>
      <w:r>
        <w:t>gesehen</w:t>
      </w:r>
      <w:proofErr w:type="spellEnd"/>
      <w:r>
        <w:t xml:space="preserve">. Die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schätzen</w:t>
      </w:r>
      <w:proofErr w:type="spellEnd"/>
      <w:r>
        <w:t xml:space="preserve"> die </w:t>
      </w:r>
      <w:proofErr w:type="spellStart"/>
      <w:r>
        <w:t>größere</w:t>
      </w:r>
      <w:proofErr w:type="spellEnd"/>
      <w:r>
        <w:t xml:space="preserve"> </w:t>
      </w:r>
      <w:proofErr w:type="spellStart"/>
      <w:r>
        <w:t>Flexibilität</w:t>
      </w:r>
      <w:proofErr w:type="spellEnd"/>
      <w:r>
        <w:t xml:space="preserve"> und die </w:t>
      </w:r>
      <w:proofErr w:type="spellStart"/>
      <w:r>
        <w:t>bessere</w:t>
      </w:r>
      <w:proofErr w:type="spellEnd"/>
      <w:r>
        <w:t xml:space="preserve"> </w:t>
      </w:r>
      <w:proofErr w:type="spellStart"/>
      <w:r>
        <w:t>Vereinbarkeit</w:t>
      </w:r>
      <w:proofErr w:type="spellEnd"/>
      <w:r>
        <w:t xml:space="preserve"> von </w:t>
      </w:r>
      <w:proofErr w:type="spellStart"/>
      <w:r>
        <w:t>Beruf</w:t>
      </w:r>
      <w:proofErr w:type="spellEnd"/>
      <w:r>
        <w:t xml:space="preserve"> und </w:t>
      </w:r>
      <w:proofErr w:type="spellStart"/>
      <w:r>
        <w:t>Privatleben</w:t>
      </w:r>
      <w:proofErr w:type="spellEnd"/>
      <w:r>
        <w:t xml:space="preserve">. Andere </w:t>
      </w:r>
      <w:proofErr w:type="spellStart"/>
      <w:r>
        <w:t>möchten</w:t>
      </w:r>
      <w:proofErr w:type="spellEnd"/>
      <w:r>
        <w:t xml:space="preserve"> </w:t>
      </w:r>
      <w:proofErr w:type="spellStart"/>
      <w:r>
        <w:t>bewusst</w:t>
      </w:r>
      <w:proofErr w:type="spellEnd"/>
      <w:r>
        <w:t xml:space="preserve"> </w:t>
      </w:r>
      <w:proofErr w:type="spellStart"/>
      <w:r>
        <w:t>häufiger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Ort </w:t>
      </w:r>
      <w:proofErr w:type="spellStart"/>
      <w:r>
        <w:t>arbeiten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der </w:t>
      </w:r>
      <w:proofErr w:type="spellStart"/>
      <w:r>
        <w:t>persönliche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, der </w:t>
      </w:r>
      <w:proofErr w:type="spellStart"/>
      <w:r>
        <w:t>unmittelbare</w:t>
      </w:r>
      <w:proofErr w:type="spellEnd"/>
      <w:r>
        <w:t xml:space="preserve"> </w:t>
      </w:r>
      <w:proofErr w:type="spellStart"/>
      <w:r>
        <w:t>Austausch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Team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gemeinsame</w:t>
      </w:r>
      <w:proofErr w:type="spellEnd"/>
      <w:r>
        <w:t xml:space="preserve"> Arbeit </w:t>
      </w:r>
      <w:proofErr w:type="spellStart"/>
      <w:r>
        <w:t>wichtig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Einarbeitung</w:t>
      </w:r>
      <w:proofErr w:type="spellEnd"/>
      <w:r>
        <w:t xml:space="preserve"> </w:t>
      </w:r>
      <w:proofErr w:type="spellStart"/>
      <w:r>
        <w:t>neuer</w:t>
      </w:r>
      <w:proofErr w:type="spellEnd"/>
      <w:r>
        <w:t xml:space="preserve"> </w:t>
      </w:r>
      <w:proofErr w:type="spellStart"/>
      <w:r>
        <w:t>Kolleginnen</w:t>
      </w:r>
      <w:proofErr w:type="spellEnd"/>
      <w:r>
        <w:t xml:space="preserve"> und </w:t>
      </w:r>
      <w:proofErr w:type="spellStart"/>
      <w:r>
        <w:t>Kollegen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Präsenz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erhebliche</w:t>
      </w:r>
      <w:proofErr w:type="spellEnd"/>
      <w:r>
        <w:t xml:space="preserve"> Rolle </w:t>
      </w:r>
      <w:proofErr w:type="spellStart"/>
      <w:r>
        <w:t>spielen</w:t>
      </w:r>
      <w:proofErr w:type="spellEnd"/>
      <w:r>
        <w:t xml:space="preserve">. Auch </w:t>
      </w:r>
      <w:proofErr w:type="spellStart"/>
      <w:r>
        <w:t>kreative</w:t>
      </w:r>
      <w:proofErr w:type="spellEnd"/>
      <w:r>
        <w:t xml:space="preserve"> Zusammenarbeit, </w:t>
      </w:r>
      <w:proofErr w:type="spellStart"/>
      <w:r>
        <w:t>spontane</w:t>
      </w:r>
      <w:proofErr w:type="spellEnd"/>
      <w:r>
        <w:t xml:space="preserve"> </w:t>
      </w:r>
      <w:proofErr w:type="spellStart"/>
      <w:r>
        <w:t>Absprachen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das </w:t>
      </w:r>
      <w:proofErr w:type="spellStart"/>
      <w:r>
        <w:t>frühzeitige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 von 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funktionieren</w:t>
      </w:r>
      <w:proofErr w:type="spellEnd"/>
      <w:r>
        <w:t xml:space="preserve"> </w:t>
      </w:r>
      <w:proofErr w:type="spellStart"/>
      <w:r>
        <w:t>persönlich</w:t>
      </w:r>
      <w:proofErr w:type="spellEnd"/>
      <w:r>
        <w:t xml:space="preserve"> </w:t>
      </w:r>
      <w:proofErr w:type="spellStart"/>
      <w:r>
        <w:t>mitunter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über </w:t>
      </w:r>
      <w:proofErr w:type="spellStart"/>
      <w:r>
        <w:t>Bildschirm</w:t>
      </w:r>
      <w:proofErr w:type="spellEnd"/>
      <w:r>
        <w:t xml:space="preserve">, Chat und </w:t>
      </w:r>
      <w:proofErr w:type="spellStart"/>
      <w:r>
        <w:t>Videokonferenz</w:t>
      </w:r>
      <w:proofErr w:type="spellEnd"/>
      <w:r>
        <w:t xml:space="preserve">. Das </w:t>
      </w:r>
      <w:proofErr w:type="spellStart"/>
      <w:r>
        <w:t>sollte</w:t>
      </w:r>
      <w:proofErr w:type="spellEnd"/>
      <w:r>
        <w:t xml:space="preserve"> nicht </w:t>
      </w:r>
      <w:proofErr w:type="spellStart"/>
      <w:r>
        <w:t>schöngeredet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Umgekehrt</w:t>
      </w:r>
      <w:proofErr w:type="spellEnd"/>
      <w:r>
        <w:t xml:space="preserve"> </w:t>
      </w:r>
      <w:proofErr w:type="spellStart"/>
      <w:r>
        <w:t>wäre</w:t>
      </w:r>
      <w:proofErr w:type="spellEnd"/>
      <w:r>
        <w:t xml:space="preserve"> es </w:t>
      </w:r>
      <w:proofErr w:type="spellStart"/>
      <w:r>
        <w:t>ebenso</w:t>
      </w:r>
      <w:proofErr w:type="spellEnd"/>
      <w:r>
        <w:t xml:space="preserve"> </w:t>
      </w:r>
      <w:proofErr w:type="spellStart"/>
      <w:r>
        <w:t>falsch</w:t>
      </w:r>
      <w:proofErr w:type="spellEnd"/>
      <w:r>
        <w:t xml:space="preserve">, </w:t>
      </w:r>
      <w:proofErr w:type="spellStart"/>
      <w:r>
        <w:t>Anwesenheit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Dienstgebäude</w:t>
      </w:r>
      <w:proofErr w:type="spellEnd"/>
      <w:r>
        <w:t xml:space="preserve"> </w:t>
      </w:r>
      <w:proofErr w:type="spellStart"/>
      <w:r>
        <w:t>automatisch</w:t>
      </w:r>
      <w:proofErr w:type="spellEnd"/>
      <w:r>
        <w:t xml:space="preserve"> mit </w:t>
      </w:r>
      <w:proofErr w:type="spellStart"/>
      <w:r>
        <w:t>guter</w:t>
      </w:r>
      <w:proofErr w:type="spellEnd"/>
      <w:r>
        <w:t xml:space="preserve"> Zusammenarbeit </w:t>
      </w:r>
      <w:proofErr w:type="spellStart"/>
      <w:r>
        <w:t>gleichzusetzen</w:t>
      </w:r>
      <w:proofErr w:type="spellEnd"/>
      <w:r>
        <w:t xml:space="preserve">. Eine </w:t>
      </w:r>
      <w:proofErr w:type="spellStart"/>
      <w:r>
        <w:t>Besprechung</w:t>
      </w:r>
      <w:proofErr w:type="spellEnd"/>
      <w:r>
        <w:t xml:space="preserve"> mit </w:t>
      </w:r>
      <w:proofErr w:type="spellStart"/>
      <w:r>
        <w:t>zehn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, an </w:t>
      </w:r>
      <w:proofErr w:type="spellStart"/>
      <w:r>
        <w:t>deren</w:t>
      </w:r>
      <w:proofErr w:type="spellEnd"/>
      <w:r>
        <w:t xml:space="preserve"> Ende </w:t>
      </w:r>
      <w:proofErr w:type="spellStart"/>
      <w:r>
        <w:t>niemand</w:t>
      </w:r>
      <w:proofErr w:type="spellEnd"/>
      <w:r>
        <w:t xml:space="preserve"> </w:t>
      </w:r>
      <w:proofErr w:type="spellStart"/>
      <w:r>
        <w:t>weiß</w:t>
      </w:r>
      <w:proofErr w:type="spellEnd"/>
      <w:r>
        <w:t xml:space="preserve">, was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beschlossen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zwar</w:t>
      </w:r>
      <w:proofErr w:type="spellEnd"/>
      <w:r>
        <w:t xml:space="preserve"> </w:t>
      </w:r>
      <w:proofErr w:type="spellStart"/>
      <w:r>
        <w:t>Präsenz</w:t>
      </w:r>
      <w:proofErr w:type="spellEnd"/>
      <w:r>
        <w:t xml:space="preserve"> -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Zusammenarbeit.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am Ende </w:t>
      </w:r>
      <w:proofErr w:type="spellStart"/>
      <w:r>
        <w:t>ohnehin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ausgewogenes</w:t>
      </w:r>
      <w:proofErr w:type="spellEnd"/>
      <w:r>
        <w:t xml:space="preserve"> </w:t>
      </w:r>
      <w:proofErr w:type="spellStart"/>
      <w:r>
        <w:t>Verhältnis</w:t>
      </w:r>
      <w:proofErr w:type="spellEnd"/>
      <w:r>
        <w:t xml:space="preserve"> </w:t>
      </w:r>
      <w:proofErr w:type="spellStart"/>
      <w:r>
        <w:t>entwickeln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fest,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drei</w:t>
      </w:r>
      <w:proofErr w:type="spellEnd"/>
      <w:r>
        <w:t xml:space="preserve"> Tage mobile Arbeit </w:t>
      </w:r>
      <w:proofErr w:type="spellStart"/>
      <w:r>
        <w:t>völlig</w:t>
      </w:r>
      <w:proofErr w:type="spellEnd"/>
      <w:r>
        <w:t xml:space="preserve"> </w:t>
      </w:r>
      <w:proofErr w:type="spellStart"/>
      <w:r>
        <w:t>ausreichen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wächst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gewissen</w:t>
      </w:r>
      <w:proofErr w:type="spellEnd"/>
      <w:r>
        <w:t xml:space="preserve"> Zeit </w:t>
      </w:r>
      <w:proofErr w:type="spellStart"/>
      <w:r>
        <w:t>wieder</w:t>
      </w:r>
      <w:proofErr w:type="spellEnd"/>
      <w:r>
        <w:t xml:space="preserve"> der Wunsch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persönlicher</w:t>
      </w:r>
      <w:proofErr w:type="spellEnd"/>
      <w:r>
        <w:t xml:space="preserve"> Zusammenarbeit.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manche </w:t>
      </w:r>
      <w:proofErr w:type="spellStart"/>
      <w:r>
        <w:t>bisherigen</w:t>
      </w:r>
      <w:proofErr w:type="spellEnd"/>
      <w:r>
        <w:t xml:space="preserve"> </w:t>
      </w:r>
      <w:proofErr w:type="spellStart"/>
      <w:r>
        <w:t>Anwesenheitsregeln</w:t>
      </w:r>
      <w:proofErr w:type="spellEnd"/>
      <w:r>
        <w:t xml:space="preserve"> gar nicht so </w:t>
      </w:r>
      <w:proofErr w:type="spellStart"/>
      <w:r>
        <w:t>notwendig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immer </w:t>
      </w:r>
      <w:proofErr w:type="spellStart"/>
      <w:r>
        <w:t>angenommen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. All das lässt </w:t>
      </w:r>
      <w:proofErr w:type="spellStart"/>
      <w:r>
        <w:t>sich</w:t>
      </w:r>
      <w:proofErr w:type="spellEnd"/>
      <w:r>
        <w:t xml:space="preserve"> nicht am </w:t>
      </w:r>
      <w:proofErr w:type="spellStart"/>
      <w:r>
        <w:t>Schreibtisch</w:t>
      </w:r>
      <w:proofErr w:type="spellEnd"/>
      <w:r>
        <w:t xml:space="preserve"> </w:t>
      </w:r>
      <w:proofErr w:type="spellStart"/>
      <w:r>
        <w:t>entscheiden</w:t>
      </w:r>
      <w:proofErr w:type="spellEnd"/>
      <w:r>
        <w:t xml:space="preserve">. Es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gesammelt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Genau</w:t>
      </w:r>
      <w:proofErr w:type="spellEnd"/>
      <w:r>
        <w:t xml:space="preserve"> das </w:t>
      </w:r>
      <w:proofErr w:type="spellStart"/>
      <w:r>
        <w:t>ist</w:t>
      </w:r>
      <w:proofErr w:type="spellEnd"/>
      <w:r>
        <w:t xml:space="preserve"> der Sinn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Pilotprojekts</w:t>
      </w:r>
      <w:proofErr w:type="spellEnd"/>
      <w:r>
        <w:t xml:space="preserve">: nicht </w:t>
      </w:r>
      <w:proofErr w:type="spellStart"/>
      <w:r>
        <w:t>Befürchtungen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verwalten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Erkenntnisse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gewinnen</w:t>
      </w:r>
      <w:proofErr w:type="spellEnd"/>
      <w:r>
        <w:t xml:space="preserve">. </w:t>
      </w:r>
      <w:proofErr w:type="spellStart"/>
      <w:r>
        <w:t>Dafür</w:t>
      </w:r>
      <w:proofErr w:type="spellEnd"/>
      <w:r>
        <w:t xml:space="preserve"> muss den </w:t>
      </w:r>
      <w:proofErr w:type="spellStart"/>
      <w:r>
        <w:t>Beteiligten</w:t>
      </w:r>
      <w:proofErr w:type="spellEnd"/>
      <w:r>
        <w:t xml:space="preserve"> </w:t>
      </w:r>
      <w:proofErr w:type="spellStart"/>
      <w:r>
        <w:t>allerdings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ermöglicht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das </w:t>
      </w:r>
      <w:proofErr w:type="spellStart"/>
      <w:r>
        <w:t>vereinbarte</w:t>
      </w:r>
      <w:proofErr w:type="spellEnd"/>
      <w:r>
        <w:t xml:space="preserve"> Modell </w:t>
      </w:r>
      <w:proofErr w:type="spellStart"/>
      <w:r>
        <w:t>tatsächlich</w:t>
      </w:r>
      <w:proofErr w:type="spellEnd"/>
      <w:r>
        <w:t xml:space="preserve"> </w:t>
      </w:r>
      <w:proofErr w:type="spellStart"/>
      <w:r>
        <w:t>auszuprobieren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der </w:t>
      </w:r>
      <w:proofErr w:type="spellStart"/>
      <w:r>
        <w:t>Erprobung</w:t>
      </w:r>
      <w:proofErr w:type="spellEnd"/>
      <w:r>
        <w:t xml:space="preserve"> an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vielen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auf die Bremse </w:t>
      </w:r>
      <w:proofErr w:type="spellStart"/>
      <w:r>
        <w:t>tritt</w:t>
      </w:r>
      <w:proofErr w:type="spellEnd"/>
      <w:r>
        <w:t xml:space="preserve">, </w:t>
      </w:r>
      <w:proofErr w:type="spellStart"/>
      <w:r>
        <w:t>darf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später</w:t>
      </w:r>
      <w:proofErr w:type="spellEnd"/>
      <w:r>
        <w:t xml:space="preserve"> nicht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wundern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das </w:t>
      </w:r>
      <w:proofErr w:type="spellStart"/>
      <w:r>
        <w:t>Pilotprojekt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eindeutigen</w:t>
      </w:r>
      <w:proofErr w:type="spellEnd"/>
      <w:r>
        <w:t xml:space="preserve"> </w:t>
      </w:r>
      <w:proofErr w:type="spellStart"/>
      <w:r>
        <w:t>Ergebnisse</w:t>
      </w:r>
      <w:proofErr w:type="spellEnd"/>
      <w:r>
        <w:t xml:space="preserve"> </w:t>
      </w:r>
      <w:proofErr w:type="spellStart"/>
      <w:r>
        <w:t>liefert</w:t>
      </w:r>
      <w:proofErr w:type="spellEnd"/>
      <w:r>
        <w:t xml:space="preserve">. „Oder </w:t>
      </w:r>
      <w:proofErr w:type="spellStart"/>
      <w:r>
        <w:t>anders</w:t>
      </w:r>
      <w:proofErr w:type="spellEnd"/>
      <w:r>
        <w:t xml:space="preserve"> </w:t>
      </w:r>
      <w:proofErr w:type="spellStart"/>
      <w:r>
        <w:t>gesagt</w:t>
      </w:r>
      <w:proofErr w:type="spellEnd"/>
      <w:r>
        <w:t xml:space="preserve">: Ein </w:t>
      </w:r>
      <w:proofErr w:type="spellStart"/>
      <w:r>
        <w:lastRenderedPageBreak/>
        <w:t>Pilotprojekt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Flugzeug</w:t>
      </w:r>
      <w:proofErr w:type="spellEnd"/>
      <w:r>
        <w:t xml:space="preserve">, das </w:t>
      </w:r>
      <w:proofErr w:type="spellStart"/>
      <w:r>
        <w:t>sicherheitshalber</w:t>
      </w:r>
      <w:proofErr w:type="spellEnd"/>
      <w:r>
        <w:t xml:space="preserve"> am Boden </w:t>
      </w:r>
      <w:proofErr w:type="spellStart"/>
      <w:r>
        <w:t>bleibt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bloß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passiert</w:t>
      </w:r>
      <w:proofErr w:type="spellEnd"/>
      <w:r>
        <w:t xml:space="preserve">. Die DJG </w:t>
      </w:r>
      <w:proofErr w:type="spellStart"/>
      <w:r>
        <w:t>wird</w:t>
      </w:r>
      <w:proofErr w:type="spellEnd"/>
      <w:r>
        <w:t xml:space="preserve"> den </w:t>
      </w:r>
      <w:proofErr w:type="spellStart"/>
      <w:r>
        <w:t>weiteren</w:t>
      </w:r>
      <w:proofErr w:type="spellEnd"/>
      <w:r>
        <w:t xml:space="preserve"> </w:t>
      </w:r>
      <w:proofErr w:type="spellStart"/>
      <w:r>
        <w:t>Prozess</w:t>
      </w:r>
      <w:proofErr w:type="spellEnd"/>
      <w:r>
        <w:t xml:space="preserve"> </w:t>
      </w:r>
      <w:proofErr w:type="spellStart"/>
      <w:r>
        <w:t>konstruktiv</w:t>
      </w:r>
      <w:proofErr w:type="spellEnd"/>
      <w:r>
        <w:t xml:space="preserve"> </w:t>
      </w:r>
      <w:proofErr w:type="spellStart"/>
      <w:r>
        <w:t>begleiten</w:t>
      </w:r>
      <w:proofErr w:type="spellEnd"/>
      <w:r>
        <w:t xml:space="preserve">. Nicht mit dem Ziel,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bestimmtes</w:t>
      </w:r>
      <w:proofErr w:type="spellEnd"/>
      <w:r>
        <w:t xml:space="preserve"> </w:t>
      </w:r>
      <w:proofErr w:type="spellStart"/>
      <w:r>
        <w:t>Ergebnis</w:t>
      </w:r>
      <w:proofErr w:type="spellEnd"/>
      <w:r>
        <w:t xml:space="preserve"> </w:t>
      </w:r>
      <w:proofErr w:type="spellStart"/>
      <w:r>
        <w:t>vorzugeben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mobile Arbeit </w:t>
      </w:r>
      <w:proofErr w:type="spellStart"/>
      <w:r>
        <w:t>zur</w:t>
      </w:r>
      <w:proofErr w:type="spellEnd"/>
      <w:r>
        <w:t xml:space="preserve"> </w:t>
      </w:r>
      <w:proofErr w:type="spellStart"/>
      <w:r>
        <w:t>einzig</w:t>
      </w:r>
      <w:proofErr w:type="spellEnd"/>
      <w:r>
        <w:t xml:space="preserve"> </w:t>
      </w:r>
      <w:proofErr w:type="spellStart"/>
      <w:r>
        <w:t>richtigen</w:t>
      </w:r>
      <w:proofErr w:type="spellEnd"/>
      <w:r>
        <w:t xml:space="preserve"> </w:t>
      </w:r>
      <w:proofErr w:type="spellStart"/>
      <w:r>
        <w:t>Arbeitsform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erklären</w:t>
      </w:r>
      <w:proofErr w:type="spellEnd"/>
      <w:r>
        <w:t xml:space="preserve">. </w:t>
      </w:r>
      <w:proofErr w:type="spellStart"/>
      <w:r>
        <w:t>Entscheidend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vielmehr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spätere</w:t>
      </w:r>
      <w:proofErr w:type="spellEnd"/>
      <w:r>
        <w:t xml:space="preserve"> </w:t>
      </w:r>
      <w:proofErr w:type="spellStart"/>
      <w:r>
        <w:t>Bewertung</w:t>
      </w:r>
      <w:proofErr w:type="spellEnd"/>
      <w:r>
        <w:t xml:space="preserve"> auf </w:t>
      </w:r>
      <w:proofErr w:type="spellStart"/>
      <w:r>
        <w:t>tatsächlichen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beruht</w:t>
      </w:r>
      <w:proofErr w:type="spellEnd"/>
      <w:r>
        <w:t xml:space="preserve"> - und nicht auf </w:t>
      </w:r>
      <w:proofErr w:type="spellStart"/>
      <w:r>
        <w:t>Befürchtungen</w:t>
      </w:r>
      <w:proofErr w:type="spellEnd"/>
      <w:r>
        <w:t xml:space="preserve">, </w:t>
      </w:r>
      <w:proofErr w:type="spellStart"/>
      <w:r>
        <w:t>Gewohnheiten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örtlich</w:t>
      </w:r>
      <w:proofErr w:type="spellEnd"/>
      <w:r>
        <w:t xml:space="preserve"> </w:t>
      </w:r>
      <w:proofErr w:type="spellStart"/>
      <w:r>
        <w:t>entwickelten</w:t>
      </w:r>
      <w:proofErr w:type="spellEnd"/>
      <w:r>
        <w:t xml:space="preserve"> </w:t>
      </w:r>
      <w:proofErr w:type="spellStart"/>
      <w:r>
        <w:t>Hausregeln</w:t>
      </w:r>
      <w:proofErr w:type="spellEnd"/>
      <w:r>
        <w:t xml:space="preserve">. „Ein </w:t>
      </w:r>
      <w:proofErr w:type="spellStart"/>
      <w:r>
        <w:t>Pilotprojekt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Selbstzweck</w:t>
      </w:r>
      <w:proofErr w:type="spellEnd"/>
      <w:r>
        <w:t xml:space="preserve">. Es </w:t>
      </w:r>
      <w:proofErr w:type="spellStart"/>
      <w:r>
        <w:t>soll</w:t>
      </w:r>
      <w:proofErr w:type="spellEnd"/>
      <w:r>
        <w:t xml:space="preserve"> </w:t>
      </w:r>
      <w:proofErr w:type="spellStart"/>
      <w:r>
        <w:t>Antworten</w:t>
      </w:r>
      <w:proofErr w:type="spellEnd"/>
      <w:r>
        <w:t xml:space="preserve"> </w:t>
      </w:r>
      <w:proofErr w:type="spellStart"/>
      <w:r>
        <w:t>liefern</w:t>
      </w:r>
      <w:proofErr w:type="spellEnd"/>
      <w:r>
        <w:t xml:space="preserve">. </w:t>
      </w:r>
      <w:proofErr w:type="spellStart"/>
      <w:r>
        <w:t>Dafür</w:t>
      </w:r>
      <w:proofErr w:type="spellEnd"/>
      <w:r>
        <w:t xml:space="preserve"> muss man </w:t>
      </w:r>
      <w:proofErr w:type="spellStart"/>
      <w:r>
        <w:t>ihm</w:t>
      </w:r>
      <w:proofErr w:type="spellEnd"/>
      <w:r>
        <w:t xml:space="preserve"> </w:t>
      </w:r>
      <w:proofErr w:type="spellStart"/>
      <w:r>
        <w:t>allerdings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Chance </w:t>
      </w:r>
      <w:proofErr w:type="spellStart"/>
      <w:r>
        <w:t>geben</w:t>
      </w:r>
      <w:proofErr w:type="spellEnd"/>
      <w:r>
        <w:t xml:space="preserve">, seinen Zweck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erfüllen</w:t>
      </w:r>
      <w:proofErr w:type="spellEnd"/>
      <w:r>
        <w:t>.</w:t>
      </w:r>
    </w:p>
    <w:p w14:paraId="36F461EE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 xml:space="preserve">Ein </w:t>
      </w:r>
      <w:proofErr w:type="spellStart"/>
      <w:r>
        <w:t>Arbeitsplatz</w:t>
      </w:r>
      <w:proofErr w:type="spellEnd"/>
      <w:r>
        <w:t xml:space="preserve"> mit Laptop, auf </w:t>
      </w:r>
      <w:proofErr w:type="spellStart"/>
      <w:r>
        <w:t>dessen</w:t>
      </w:r>
      <w:proofErr w:type="spellEnd"/>
      <w:r>
        <w:t xml:space="preserve"> </w:t>
      </w:r>
      <w:proofErr w:type="spellStart"/>
      <w:r>
        <w:t>Bildschirm</w:t>
      </w:r>
      <w:proofErr w:type="spellEnd"/>
      <w:r>
        <w:t xml:space="preserve"> Zusammenarbeit </w:t>
      </w:r>
      <w:proofErr w:type="spellStart"/>
      <w:r>
        <w:t>im</w:t>
      </w:r>
      <w:proofErr w:type="spellEnd"/>
      <w:r>
        <w:t xml:space="preserve"> Büro und mobiles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gegenübergestellt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Daneben </w:t>
      </w:r>
      <w:proofErr w:type="spellStart"/>
      <w:r>
        <w:t>stehen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Pilotprojekte</w:t>
      </w:r>
      <w:proofErr w:type="spellEnd"/>
      <w:r>
        <w:t xml:space="preserve"> </w:t>
      </w:r>
      <w:proofErr w:type="spellStart"/>
      <w:r>
        <w:t>echte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vorsorglicher</w:t>
      </w:r>
      <w:proofErr w:type="spellEnd"/>
      <w:r>
        <w:t xml:space="preserve"> </w:t>
      </w:r>
      <w:proofErr w:type="spellStart"/>
      <w:r>
        <w:t>Einschränkungen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>.</w:t>
      </w:r>
    </w:p>
    <w:p w14:paraId="585DAF8A" w14:textId="77777777" w:rsidR="00132049" w:rsidRDefault="00000000">
      <w:r>
        <w:br w:type="page"/>
      </w:r>
    </w:p>
    <w:p w14:paraId="1D24374C" w14:textId="77777777" w:rsidR="00132049" w:rsidRDefault="00000000">
      <w:pPr>
        <w:pStyle w:val="berschrift1"/>
      </w:pPr>
      <w:r>
        <w:lastRenderedPageBreak/>
        <w:t xml:space="preserve">DMS 4.0 und mobile Arbeit: </w:t>
      </w:r>
      <w:proofErr w:type="spellStart"/>
      <w:r>
        <w:t>Verbesserungsbedarf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Umgehungslösung</w:t>
      </w:r>
      <w:proofErr w:type="spellEnd"/>
    </w:p>
    <w:p w14:paraId="116A233F" w14:textId="77777777" w:rsidR="00132049" w:rsidRDefault="00000000">
      <w:r>
        <w:t xml:space="preserve">Das Land Hessen </w:t>
      </w:r>
      <w:proofErr w:type="spellStart"/>
      <w:r>
        <w:t>wirbt</w:t>
      </w:r>
      <w:proofErr w:type="spellEnd"/>
      <w:r>
        <w:t xml:space="preserve"> mit dem </w:t>
      </w:r>
      <w:proofErr w:type="spellStart"/>
      <w:r>
        <w:t>Gütesiegel</w:t>
      </w:r>
      <w:proofErr w:type="spellEnd"/>
      <w:r>
        <w:t xml:space="preserve"> „</w:t>
      </w:r>
      <w:proofErr w:type="spellStart"/>
      <w:r>
        <w:t>Familienfreundlicher</w:t>
      </w:r>
      <w:proofErr w:type="spellEnd"/>
      <w:r>
        <w:t xml:space="preserve"> </w:t>
      </w:r>
      <w:proofErr w:type="spellStart"/>
      <w:r>
        <w:t>Arbeitgeber</w:t>
      </w:r>
      <w:proofErr w:type="spellEnd"/>
      <w:r>
        <w:t xml:space="preserve"> Land Hessen“ für </w:t>
      </w:r>
      <w:proofErr w:type="spellStart"/>
      <w:r>
        <w:t>Arbeitsbedingungen</w:t>
      </w:r>
      <w:proofErr w:type="spellEnd"/>
      <w:r>
        <w:t xml:space="preserve">, die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bessere</w:t>
      </w:r>
      <w:proofErr w:type="spellEnd"/>
      <w:r>
        <w:t xml:space="preserve"> </w:t>
      </w:r>
      <w:proofErr w:type="spellStart"/>
      <w:r>
        <w:t>Vereinbarkeit</w:t>
      </w:r>
      <w:proofErr w:type="spellEnd"/>
      <w:r>
        <w:t xml:space="preserve"> von </w:t>
      </w:r>
      <w:proofErr w:type="spellStart"/>
      <w:r>
        <w:t>Beruf</w:t>
      </w:r>
      <w:proofErr w:type="spellEnd"/>
      <w:r>
        <w:t xml:space="preserve"> und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ermöglichen</w:t>
      </w:r>
      <w:proofErr w:type="spellEnd"/>
      <w:r>
        <w:t xml:space="preserve">. Ein </w:t>
      </w:r>
      <w:proofErr w:type="spellStart"/>
      <w:r>
        <w:t>wichtiger</w:t>
      </w:r>
      <w:proofErr w:type="spellEnd"/>
      <w:r>
        <w:t xml:space="preserve"> </w:t>
      </w:r>
      <w:proofErr w:type="spellStart"/>
      <w:r>
        <w:t>Bestandteil</w:t>
      </w:r>
      <w:proofErr w:type="spellEnd"/>
      <w:r>
        <w:t xml:space="preserve"> </w:t>
      </w:r>
      <w:proofErr w:type="spellStart"/>
      <w:r>
        <w:t>zeitgemäßer</w:t>
      </w:r>
      <w:proofErr w:type="spellEnd"/>
      <w:r>
        <w:t xml:space="preserve"> </w:t>
      </w:r>
      <w:proofErr w:type="spellStart"/>
      <w:r>
        <w:t>Arbeitsbedingungen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das mobile </w:t>
      </w:r>
      <w:proofErr w:type="spellStart"/>
      <w:r>
        <w:t>Arbeiten</w:t>
      </w:r>
      <w:proofErr w:type="spellEnd"/>
      <w:r>
        <w:t xml:space="preserve">. Damit dieses in der Praxis </w:t>
      </w:r>
      <w:proofErr w:type="spellStart"/>
      <w:r>
        <w:t>funktioniert</w:t>
      </w:r>
      <w:proofErr w:type="spellEnd"/>
      <w:r>
        <w:t xml:space="preserve">,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allerdings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die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erforderlichen</w:t>
      </w:r>
      <w:proofErr w:type="spellEnd"/>
      <w:r>
        <w:t xml:space="preserve"> </w:t>
      </w:r>
      <w:proofErr w:type="spellStart"/>
      <w:r>
        <w:t>Fachanwendungen</w:t>
      </w:r>
      <w:proofErr w:type="spellEnd"/>
      <w:r>
        <w:t xml:space="preserve"> </w:t>
      </w:r>
      <w:proofErr w:type="spellStart"/>
      <w:r>
        <w:t>möglichst</w:t>
      </w:r>
      <w:proofErr w:type="spellEnd"/>
      <w:r>
        <w:t xml:space="preserve"> </w:t>
      </w:r>
      <w:proofErr w:type="spellStart"/>
      <w:r>
        <w:t>vollständig</w:t>
      </w:r>
      <w:proofErr w:type="spellEnd"/>
      <w:r>
        <w:t xml:space="preserve"> und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unnötige</w:t>
      </w:r>
      <w:proofErr w:type="spellEnd"/>
      <w:r>
        <w:t xml:space="preserve"> </w:t>
      </w:r>
      <w:proofErr w:type="spellStart"/>
      <w:r>
        <w:t>Zusatzwege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 xml:space="preserve"> </w:t>
      </w:r>
      <w:proofErr w:type="spellStart"/>
      <w:r>
        <w:t>stehen</w:t>
      </w:r>
      <w:proofErr w:type="spellEnd"/>
      <w:r>
        <w:t xml:space="preserve">. Aus dem </w:t>
      </w:r>
      <w:proofErr w:type="spellStart"/>
      <w:r>
        <w:t>Bereich</w:t>
      </w:r>
      <w:proofErr w:type="spellEnd"/>
      <w:r>
        <w:t xml:space="preserve"> der </w:t>
      </w:r>
      <w:proofErr w:type="spellStart"/>
      <w:r>
        <w:t>hessischen</w:t>
      </w:r>
      <w:proofErr w:type="spellEnd"/>
      <w:r>
        <w:t xml:space="preserve"> Justiz </w:t>
      </w:r>
      <w:proofErr w:type="spellStart"/>
      <w:r>
        <w:t>wurde</w:t>
      </w:r>
      <w:proofErr w:type="spellEnd"/>
      <w:r>
        <w:t xml:space="preserve"> die DJG </w:t>
      </w:r>
      <w:proofErr w:type="spellStart"/>
      <w:r>
        <w:t>darauf</w:t>
      </w:r>
      <w:proofErr w:type="spellEnd"/>
      <w:r>
        <w:t xml:space="preserve"> </w:t>
      </w:r>
      <w:proofErr w:type="spellStart"/>
      <w:r>
        <w:t>hingewiesen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Nutzung</w:t>
      </w:r>
      <w:proofErr w:type="spellEnd"/>
      <w:r>
        <w:t xml:space="preserve"> von DMS 4.0 über die </w:t>
      </w:r>
      <w:proofErr w:type="spellStart"/>
      <w:r>
        <w:t>Terminalserver-Umgebung</w:t>
      </w:r>
      <w:proofErr w:type="spellEnd"/>
      <w:r>
        <w:t xml:space="preserve"> nicht </w:t>
      </w:r>
      <w:proofErr w:type="spellStart"/>
      <w:r>
        <w:t>sämtliche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 des </w:t>
      </w:r>
      <w:proofErr w:type="spellStart"/>
      <w:r>
        <w:t>Büroarbeitsplatzes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 xml:space="preserve"> </w:t>
      </w:r>
      <w:proofErr w:type="spellStart"/>
      <w:r>
        <w:t>stehen</w:t>
      </w:r>
      <w:proofErr w:type="spellEnd"/>
      <w:r>
        <w:t xml:space="preserve">.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der FolioClient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offenbar</w:t>
      </w:r>
      <w:proofErr w:type="spellEnd"/>
      <w:r>
        <w:t xml:space="preserve"> nicht in </w:t>
      </w:r>
      <w:proofErr w:type="spellStart"/>
      <w:r>
        <w:t>gleicher</w:t>
      </w:r>
      <w:proofErr w:type="spellEnd"/>
      <w:r>
        <w:t xml:space="preserve"> Weise </w:t>
      </w:r>
      <w:proofErr w:type="spellStart"/>
      <w:r>
        <w:t>genutzt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Büro. Nach </w:t>
      </w:r>
      <w:proofErr w:type="spellStart"/>
      <w:r>
        <w:t>unseren</w:t>
      </w:r>
      <w:proofErr w:type="spellEnd"/>
      <w:r>
        <w:t xml:space="preserve"> </w:t>
      </w:r>
      <w:proofErr w:type="spellStart"/>
      <w:r>
        <w:t>bisherigen</w:t>
      </w:r>
      <w:proofErr w:type="spellEnd"/>
      <w:r>
        <w:t xml:space="preserve"> </w:t>
      </w:r>
      <w:proofErr w:type="spellStart"/>
      <w:r>
        <w:t>Rückmeldungen</w:t>
      </w:r>
      <w:proofErr w:type="spellEnd"/>
      <w:r>
        <w:t xml:space="preserve"> </w:t>
      </w:r>
      <w:proofErr w:type="spellStart"/>
      <w:r>
        <w:t>bedeutet</w:t>
      </w:r>
      <w:proofErr w:type="spellEnd"/>
      <w:r>
        <w:t xml:space="preserve"> das </w:t>
      </w:r>
      <w:proofErr w:type="spellStart"/>
      <w:r>
        <w:t>aber</w:t>
      </w:r>
      <w:proofErr w:type="spellEnd"/>
      <w:r>
        <w:t xml:space="preserve"> nicht,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Bearbeitung</w:t>
      </w:r>
      <w:proofErr w:type="spellEnd"/>
      <w:r>
        <w:t xml:space="preserve"> von </w:t>
      </w:r>
      <w:proofErr w:type="spellStart"/>
      <w:r>
        <w:t>Dokumenten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mobilen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grundsätzlich</w:t>
      </w:r>
      <w:proofErr w:type="spellEnd"/>
      <w:r>
        <w:t xml:space="preserve"> </w:t>
      </w:r>
      <w:proofErr w:type="spellStart"/>
      <w:r>
        <w:t>unmöglich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durchgehend</w:t>
      </w:r>
      <w:proofErr w:type="spellEnd"/>
      <w:r>
        <w:t xml:space="preserve"> mit </w:t>
      </w:r>
      <w:proofErr w:type="spellStart"/>
      <w:r>
        <w:t>erheblichem</w:t>
      </w:r>
      <w:proofErr w:type="spellEnd"/>
      <w:r>
        <w:t xml:space="preserve"> </w:t>
      </w:r>
      <w:proofErr w:type="spellStart"/>
      <w:r>
        <w:t>Mehraufwand</w:t>
      </w:r>
      <w:proofErr w:type="spellEnd"/>
      <w:r>
        <w:t xml:space="preserve"> </w:t>
      </w:r>
      <w:proofErr w:type="spellStart"/>
      <w:r>
        <w:t>verbunden</w:t>
      </w:r>
      <w:proofErr w:type="spellEnd"/>
      <w:r>
        <w:t xml:space="preserve"> </w:t>
      </w:r>
      <w:proofErr w:type="spellStart"/>
      <w:r>
        <w:t>wäre</w:t>
      </w:r>
      <w:proofErr w:type="spellEnd"/>
      <w:r>
        <w:t xml:space="preserve">. </w:t>
      </w:r>
      <w:proofErr w:type="spellStart"/>
      <w:r>
        <w:t>Vielmehr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 in </w:t>
      </w:r>
      <w:proofErr w:type="spellStart"/>
      <w:r>
        <w:t>einzelnen</w:t>
      </w:r>
      <w:proofErr w:type="spellEnd"/>
      <w:r>
        <w:t xml:space="preserve"> </w:t>
      </w:r>
      <w:proofErr w:type="spellStart"/>
      <w:r>
        <w:t>Geschäftsbereichen</w:t>
      </w:r>
      <w:proofErr w:type="spellEnd"/>
      <w:r>
        <w:t xml:space="preserve"> alternative </w:t>
      </w:r>
      <w:proofErr w:type="spellStart"/>
      <w:r>
        <w:t>Arbeitsabläufe</w:t>
      </w:r>
      <w:proofErr w:type="spellEnd"/>
      <w:r>
        <w:t xml:space="preserve"> </w:t>
      </w:r>
      <w:proofErr w:type="spellStart"/>
      <w:r>
        <w:t>entwickelt</w:t>
      </w:r>
      <w:proofErr w:type="spellEnd"/>
      <w:r>
        <w:t xml:space="preserve">, die </w:t>
      </w:r>
      <w:proofErr w:type="spellStart"/>
      <w:r>
        <w:t>praktikabel</w:t>
      </w:r>
      <w:proofErr w:type="spellEnd"/>
      <w:r>
        <w:t xml:space="preserve"> </w:t>
      </w:r>
      <w:proofErr w:type="spellStart"/>
      <w:r>
        <w:t>genutzt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bleibt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festzustellen</w:t>
      </w:r>
      <w:proofErr w:type="spellEnd"/>
      <w:r>
        <w:t xml:space="preserve">: Ersatz- und </w:t>
      </w:r>
      <w:proofErr w:type="spellStart"/>
      <w:r>
        <w:t>Umgehungslösungen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technisch</w:t>
      </w:r>
      <w:proofErr w:type="spellEnd"/>
      <w:r>
        <w:t xml:space="preserve"> </w:t>
      </w:r>
      <w:proofErr w:type="spellStart"/>
      <w:r>
        <w:t>vollständig</w:t>
      </w:r>
      <w:proofErr w:type="spellEnd"/>
      <w:r>
        <w:t xml:space="preserve"> </w:t>
      </w:r>
      <w:proofErr w:type="spellStart"/>
      <w:r>
        <w:t>integrierte</w:t>
      </w:r>
      <w:proofErr w:type="spellEnd"/>
      <w:r>
        <w:t xml:space="preserve"> </w:t>
      </w:r>
      <w:proofErr w:type="spellStart"/>
      <w:r>
        <w:t>Nutzung</w:t>
      </w:r>
      <w:proofErr w:type="spellEnd"/>
      <w:r>
        <w:t xml:space="preserve"> auf Dauer nicht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Weiteres</w:t>
      </w:r>
      <w:proofErr w:type="spellEnd"/>
      <w:r>
        <w:t xml:space="preserve"> </w:t>
      </w:r>
      <w:proofErr w:type="spellStart"/>
      <w:r>
        <w:t>ersetzen</w:t>
      </w:r>
      <w:proofErr w:type="spellEnd"/>
      <w:r>
        <w:t xml:space="preserve">. </w:t>
      </w:r>
      <w:proofErr w:type="spellStart"/>
      <w:r>
        <w:t>Hinzu</w:t>
      </w:r>
      <w:proofErr w:type="spellEnd"/>
      <w:r>
        <w:t xml:space="preserve"> </w:t>
      </w:r>
      <w:proofErr w:type="spellStart"/>
      <w:r>
        <w:t>kommt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bestehende</w:t>
      </w:r>
      <w:proofErr w:type="spellEnd"/>
      <w:r>
        <w:t xml:space="preserve"> </w:t>
      </w:r>
      <w:proofErr w:type="spellStart"/>
      <w:r>
        <w:t>Arbeitsabläufe</w:t>
      </w:r>
      <w:proofErr w:type="spellEnd"/>
      <w:r>
        <w:t xml:space="preserve"> </w:t>
      </w:r>
      <w:proofErr w:type="spellStart"/>
      <w:r>
        <w:t>offenbar</w:t>
      </w:r>
      <w:proofErr w:type="spellEnd"/>
      <w:r>
        <w:t xml:space="preserve"> an die </w:t>
      </w:r>
      <w:proofErr w:type="spellStart"/>
      <w:r>
        <w:t>jeweiligen</w:t>
      </w:r>
      <w:proofErr w:type="spellEnd"/>
      <w:r>
        <w:t xml:space="preserve"> </w:t>
      </w:r>
      <w:proofErr w:type="spellStart"/>
      <w:r>
        <w:t>örtlichen</w:t>
      </w:r>
      <w:proofErr w:type="spellEnd"/>
      <w:r>
        <w:t xml:space="preserve"> </w:t>
      </w:r>
      <w:proofErr w:type="spellStart"/>
      <w:r>
        <w:t>Gegebenheiten</w:t>
      </w:r>
      <w:proofErr w:type="spellEnd"/>
      <w:r>
        <w:t xml:space="preserve"> </w:t>
      </w:r>
      <w:proofErr w:type="spellStart"/>
      <w:r>
        <w:t>angepasst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</w:t>
      </w:r>
      <w:proofErr w:type="spellStart"/>
      <w:r>
        <w:t>Dadurch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es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Dienststellen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unterschiedlichen</w:t>
      </w:r>
      <w:proofErr w:type="spellEnd"/>
      <w:r>
        <w:t xml:space="preserve"> </w:t>
      </w:r>
      <w:proofErr w:type="spellStart"/>
      <w:r>
        <w:t>Verfahrensweisen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. Aus Sicht der DJG-Hessen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geprüft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DMS 4.0 </w:t>
      </w:r>
      <w:proofErr w:type="spellStart"/>
      <w:r>
        <w:t>im</w:t>
      </w:r>
      <w:proofErr w:type="spellEnd"/>
      <w:r>
        <w:t xml:space="preserve"> </w:t>
      </w:r>
      <w:proofErr w:type="spellStart"/>
      <w:r>
        <w:t>mobilen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künftig</w:t>
      </w:r>
      <w:proofErr w:type="spellEnd"/>
      <w:r>
        <w:t xml:space="preserve"> mit </w:t>
      </w:r>
      <w:proofErr w:type="spellStart"/>
      <w:r>
        <w:t>demselben</w:t>
      </w:r>
      <w:proofErr w:type="spellEnd"/>
      <w:r>
        <w:t xml:space="preserve"> </w:t>
      </w:r>
      <w:proofErr w:type="spellStart"/>
      <w:r>
        <w:t>Funktionsumfang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am </w:t>
      </w:r>
      <w:proofErr w:type="spellStart"/>
      <w:r>
        <w:t>Büroarbeitsplatz</w:t>
      </w:r>
      <w:proofErr w:type="spellEnd"/>
      <w:r>
        <w:t xml:space="preserve">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die </w:t>
      </w:r>
      <w:proofErr w:type="spellStart"/>
      <w:r>
        <w:t>derzeitigen</w:t>
      </w:r>
      <w:proofErr w:type="spellEnd"/>
      <w:r>
        <w:t xml:space="preserve"> </w:t>
      </w:r>
      <w:proofErr w:type="spellStart"/>
      <w:r>
        <w:t>Arbeitsabläufe</w:t>
      </w:r>
      <w:proofErr w:type="spellEnd"/>
      <w:r>
        <w:t xml:space="preserve"> </w:t>
      </w:r>
      <w:proofErr w:type="spellStart"/>
      <w:r>
        <w:t>landesweit</w:t>
      </w:r>
      <w:proofErr w:type="spellEnd"/>
      <w:r>
        <w:t xml:space="preserve"> </w:t>
      </w:r>
      <w:proofErr w:type="spellStart"/>
      <w:r>
        <w:t>hinreichend</w:t>
      </w:r>
      <w:proofErr w:type="spellEnd"/>
      <w:r>
        <w:t xml:space="preserve"> </w:t>
      </w:r>
      <w:proofErr w:type="spellStart"/>
      <w:r>
        <w:t>vereinheitlicht</w:t>
      </w:r>
      <w:proofErr w:type="spellEnd"/>
      <w:r>
        <w:t xml:space="preserve"> und </w:t>
      </w:r>
      <w:proofErr w:type="spellStart"/>
      <w:r>
        <w:t>verständlich</w:t>
      </w:r>
      <w:proofErr w:type="spellEnd"/>
      <w:r>
        <w:t xml:space="preserve"> </w:t>
      </w:r>
      <w:proofErr w:type="spellStart"/>
      <w:r>
        <w:t>dokumentiert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und </w:t>
      </w:r>
      <w:proofErr w:type="spellStart"/>
      <w:r>
        <w:t>ob</w:t>
      </w:r>
      <w:proofErr w:type="spellEnd"/>
      <w:r>
        <w:t xml:space="preserve"> </w:t>
      </w:r>
      <w:proofErr w:type="spellStart"/>
      <w:r>
        <w:t>Beschäftigten</w:t>
      </w:r>
      <w:proofErr w:type="spellEnd"/>
      <w:r>
        <w:t xml:space="preserve"> für die </w:t>
      </w:r>
      <w:proofErr w:type="spellStart"/>
      <w:r>
        <w:t>praktische</w:t>
      </w:r>
      <w:proofErr w:type="spellEnd"/>
      <w:r>
        <w:t xml:space="preserve"> </w:t>
      </w:r>
      <w:proofErr w:type="spellStart"/>
      <w:r>
        <w:t>Nutzung</w:t>
      </w:r>
      <w:proofErr w:type="spellEnd"/>
      <w:r>
        <w:t xml:space="preserve"> </w:t>
      </w:r>
      <w:proofErr w:type="spellStart"/>
      <w:r>
        <w:t>ausreichende</w:t>
      </w:r>
      <w:proofErr w:type="spellEnd"/>
      <w:r>
        <w:t xml:space="preserve"> </w:t>
      </w:r>
      <w:proofErr w:type="spellStart"/>
      <w:r>
        <w:t>Anleitungen</w:t>
      </w:r>
      <w:proofErr w:type="spellEnd"/>
      <w:r>
        <w:t xml:space="preserve"> und </w:t>
      </w:r>
      <w:proofErr w:type="spellStart"/>
      <w:r>
        <w:t>Unterstützungsangebote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 xml:space="preserve"> </w:t>
      </w:r>
      <w:proofErr w:type="spellStart"/>
      <w:r>
        <w:t>stehen</w:t>
      </w:r>
      <w:proofErr w:type="spellEnd"/>
      <w:r>
        <w:t xml:space="preserve">. Mobiles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darf</w:t>
      </w:r>
      <w:proofErr w:type="spellEnd"/>
      <w:r>
        <w:t xml:space="preserve"> nicht </w:t>
      </w:r>
      <w:proofErr w:type="spellStart"/>
      <w:r>
        <w:t>daran</w:t>
      </w:r>
      <w:proofErr w:type="spellEnd"/>
      <w:r>
        <w:t xml:space="preserve"> </w:t>
      </w:r>
      <w:proofErr w:type="spellStart"/>
      <w:r>
        <w:t>scheitern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Beschäftigte</w:t>
      </w:r>
      <w:proofErr w:type="spellEnd"/>
      <w:r>
        <w:t xml:space="preserve"> für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wiederkehrende</w:t>
      </w:r>
      <w:proofErr w:type="spellEnd"/>
      <w:r>
        <w:t xml:space="preserve"> </w:t>
      </w:r>
      <w:proofErr w:type="spellStart"/>
      <w:r>
        <w:t>Arbeitsschritte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Ersatzwege</w:t>
      </w:r>
      <w:proofErr w:type="spellEnd"/>
      <w:r>
        <w:t xml:space="preserve"> </w:t>
      </w:r>
      <w:proofErr w:type="spellStart"/>
      <w:r>
        <w:t>entwickeln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Wo </w:t>
      </w:r>
      <w:proofErr w:type="spellStart"/>
      <w:r>
        <w:t>praxistaugliche</w:t>
      </w:r>
      <w:proofErr w:type="spellEnd"/>
      <w:r>
        <w:t xml:space="preserve"> </w:t>
      </w:r>
      <w:proofErr w:type="spellStart"/>
      <w:r>
        <w:t>Lösungen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vorhanden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sollten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geprüft</w:t>
      </w:r>
      <w:proofErr w:type="spellEnd"/>
      <w:r>
        <w:t xml:space="preserve">, </w:t>
      </w:r>
      <w:proofErr w:type="spellStart"/>
      <w:r>
        <w:t>vereinheitlicht</w:t>
      </w:r>
      <w:proofErr w:type="spellEnd"/>
      <w:r>
        <w:t xml:space="preserve"> und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betroffenen</w:t>
      </w:r>
      <w:proofErr w:type="spellEnd"/>
      <w:r>
        <w:t xml:space="preserve"> </w:t>
      </w:r>
      <w:proofErr w:type="spellStart"/>
      <w:r>
        <w:t>Dienststellen</w:t>
      </w:r>
      <w:proofErr w:type="spellEnd"/>
      <w:r>
        <w:t xml:space="preserve"> </w:t>
      </w:r>
      <w:proofErr w:type="spellStart"/>
      <w:r>
        <w:t>zugänglich</w:t>
      </w:r>
      <w:proofErr w:type="spellEnd"/>
      <w:r>
        <w:t xml:space="preserve"> </w:t>
      </w:r>
      <w:proofErr w:type="spellStart"/>
      <w:r>
        <w:t>gemacht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Eine </w:t>
      </w:r>
      <w:proofErr w:type="spellStart"/>
      <w:r>
        <w:t>familienfreundliche</w:t>
      </w:r>
      <w:proofErr w:type="spellEnd"/>
      <w:r>
        <w:t xml:space="preserve"> und </w:t>
      </w:r>
      <w:proofErr w:type="spellStart"/>
      <w:r>
        <w:t>moderne</w:t>
      </w:r>
      <w:proofErr w:type="spellEnd"/>
      <w:r>
        <w:t xml:space="preserve"> Verwaltung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nicht </w:t>
      </w:r>
      <w:proofErr w:type="spellStart"/>
      <w:r>
        <w:t>allein</w:t>
      </w:r>
      <w:proofErr w:type="spellEnd"/>
      <w:r>
        <w:t xml:space="preserve"> in </w:t>
      </w:r>
      <w:proofErr w:type="spellStart"/>
      <w:r>
        <w:lastRenderedPageBreak/>
        <w:t>Leitbildern</w:t>
      </w:r>
      <w:proofErr w:type="spellEnd"/>
      <w:r>
        <w:t xml:space="preserve"> und </w:t>
      </w:r>
      <w:proofErr w:type="spellStart"/>
      <w:r>
        <w:t>Gütesiegeln</w:t>
      </w:r>
      <w:proofErr w:type="spellEnd"/>
      <w:r>
        <w:t xml:space="preserve">. Sie </w:t>
      </w:r>
      <w:proofErr w:type="spellStart"/>
      <w:r>
        <w:t>zeigt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Ausstattung</w:t>
      </w:r>
      <w:proofErr w:type="spellEnd"/>
      <w:r>
        <w:t xml:space="preserve"> den </w:t>
      </w:r>
      <w:proofErr w:type="spellStart"/>
      <w:r>
        <w:t>Beschäftigten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effizientes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unabhängig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Arbeitsort</w:t>
      </w:r>
      <w:proofErr w:type="spellEnd"/>
      <w:r>
        <w:t xml:space="preserve"> </w:t>
      </w:r>
      <w:proofErr w:type="spellStart"/>
      <w:r>
        <w:t>ermöglicht</w:t>
      </w:r>
      <w:proofErr w:type="spellEnd"/>
      <w:r>
        <w:t>. 14 DJG Landesverband Hessen e.V.</w:t>
      </w:r>
    </w:p>
    <w:p w14:paraId="2FD6EA0D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>Ein Laptop-</w:t>
      </w:r>
      <w:proofErr w:type="spellStart"/>
      <w:r>
        <w:t>Arbeitsplatz</w:t>
      </w:r>
      <w:proofErr w:type="spellEnd"/>
      <w:r>
        <w:t xml:space="preserve"> mit DMS-4.0-</w:t>
      </w:r>
      <w:proofErr w:type="spellStart"/>
      <w:r>
        <w:t>Darstellung</w:t>
      </w:r>
      <w:proofErr w:type="spellEnd"/>
      <w:r>
        <w:t xml:space="preserve"> und </w:t>
      </w:r>
      <w:proofErr w:type="spellStart"/>
      <w:r>
        <w:t>Notizzetteln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fehlenden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 und </w:t>
      </w:r>
      <w:proofErr w:type="spellStart"/>
      <w:r>
        <w:t>praktischen</w:t>
      </w:r>
      <w:proofErr w:type="spellEnd"/>
      <w:r>
        <w:t xml:space="preserve"> </w:t>
      </w:r>
      <w:proofErr w:type="spellStart"/>
      <w:r>
        <w:t>Ersatzwegen</w:t>
      </w:r>
      <w:proofErr w:type="spellEnd"/>
      <w:r>
        <w:t>.</w:t>
      </w:r>
    </w:p>
    <w:p w14:paraId="62DDB71B" w14:textId="77777777" w:rsidR="00132049" w:rsidRDefault="00000000">
      <w:r>
        <w:br w:type="page"/>
      </w:r>
    </w:p>
    <w:p w14:paraId="6EC68476" w14:textId="77777777" w:rsidR="00132049" w:rsidRDefault="00000000">
      <w:pPr>
        <w:pStyle w:val="berschrift1"/>
      </w:pPr>
      <w:r>
        <w:lastRenderedPageBreak/>
        <w:t xml:space="preserve">Die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Seite</w:t>
      </w:r>
      <w:proofErr w:type="spellEnd"/>
      <w:r>
        <w:t>: Ich mag dieses Wort nicht ...</w:t>
      </w:r>
    </w:p>
    <w:p w14:paraId="50D49428" w14:textId="77777777" w:rsidR="00132049" w:rsidRDefault="00000000">
      <w:r>
        <w:t xml:space="preserve">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Wörter</w:t>
      </w:r>
      <w:proofErr w:type="spellEnd"/>
      <w:r>
        <w:t xml:space="preserve">, </w:t>
      </w:r>
      <w:proofErr w:type="spellStart"/>
      <w:r>
        <w:t>bei</w:t>
      </w:r>
      <w:proofErr w:type="spellEnd"/>
      <w:r>
        <w:t xml:space="preserve"> </w:t>
      </w:r>
      <w:proofErr w:type="spellStart"/>
      <w:r>
        <w:t>denen</w:t>
      </w:r>
      <w:proofErr w:type="spellEnd"/>
      <w:r>
        <w:t xml:space="preserve"> ich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zusammenzucke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ich </w:t>
      </w:r>
      <w:proofErr w:type="spellStart"/>
      <w:r>
        <w:t>sie</w:t>
      </w:r>
      <w:proofErr w:type="spellEnd"/>
      <w:r>
        <w:t xml:space="preserve"> </w:t>
      </w:r>
      <w:proofErr w:type="spellStart"/>
      <w:r>
        <w:t>höre</w:t>
      </w:r>
      <w:proofErr w:type="spellEnd"/>
      <w:r>
        <w:t>. „</w:t>
      </w:r>
      <w:proofErr w:type="spellStart"/>
      <w:r>
        <w:t>Pilotprojekt</w:t>
      </w:r>
      <w:proofErr w:type="spellEnd"/>
      <w:r>
        <w:t xml:space="preserve">“ </w:t>
      </w:r>
      <w:proofErr w:type="spellStart"/>
      <w:r>
        <w:t>gehört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. Nicht, </w:t>
      </w:r>
      <w:proofErr w:type="spellStart"/>
      <w:r>
        <w:t>weil</w:t>
      </w:r>
      <w:proofErr w:type="spellEnd"/>
      <w:r>
        <w:t xml:space="preserve"> ich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gegen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Ideen </w:t>
      </w:r>
      <w:proofErr w:type="spellStart"/>
      <w:r>
        <w:t>hätte</w:t>
      </w:r>
      <w:proofErr w:type="spellEnd"/>
      <w:r>
        <w:t xml:space="preserve"> -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Gegenteil</w:t>
      </w:r>
      <w:proofErr w:type="spellEnd"/>
      <w:r>
        <w:t xml:space="preserve">. </w:t>
      </w:r>
      <w:proofErr w:type="spellStart"/>
      <w:r>
        <w:t>Ohne</w:t>
      </w:r>
      <w:proofErr w:type="spellEnd"/>
      <w:r>
        <w:t xml:space="preserve"> Menschen, die </w:t>
      </w:r>
      <w:proofErr w:type="spellStart"/>
      <w:r>
        <w:t>bereit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Neues</w:t>
      </w:r>
      <w:proofErr w:type="spellEnd"/>
      <w:r>
        <w:t xml:space="preserve"> </w:t>
      </w:r>
      <w:proofErr w:type="spellStart"/>
      <w:r>
        <w:t>auszuprobieren</w:t>
      </w:r>
      <w:proofErr w:type="spellEnd"/>
      <w:r>
        <w:t xml:space="preserve">, </w:t>
      </w:r>
      <w:proofErr w:type="spellStart"/>
      <w:r>
        <w:t>wären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wahrscheinlich</w:t>
      </w:r>
      <w:proofErr w:type="spellEnd"/>
      <w:r>
        <w:t xml:space="preserve">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Schreibmaschine</w:t>
      </w:r>
      <w:proofErr w:type="spellEnd"/>
      <w:r>
        <w:t xml:space="preserve"> und </w:t>
      </w:r>
      <w:proofErr w:type="spellStart"/>
      <w:r>
        <w:t>Kohlepapier</w:t>
      </w:r>
      <w:proofErr w:type="spellEnd"/>
      <w:r>
        <w:t xml:space="preserve">. Nein,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stört</w:t>
      </w:r>
      <w:proofErr w:type="spellEnd"/>
      <w:r>
        <w:t xml:space="preserve"> dieses Wort. „</w:t>
      </w:r>
      <w:proofErr w:type="spellStart"/>
      <w:r>
        <w:t>Pilotprojekt</w:t>
      </w:r>
      <w:proofErr w:type="spellEnd"/>
      <w:r>
        <w:t xml:space="preserve">“. Immer </w:t>
      </w:r>
      <w:proofErr w:type="spellStart"/>
      <w:r>
        <w:t>wenn</w:t>
      </w:r>
      <w:proofErr w:type="spellEnd"/>
      <w:r>
        <w:t xml:space="preserve"> ich es </w:t>
      </w:r>
      <w:proofErr w:type="spellStart"/>
      <w:r>
        <w:t>höre</w:t>
      </w:r>
      <w:proofErr w:type="spellEnd"/>
      <w:r>
        <w:t xml:space="preserve">, </w:t>
      </w:r>
      <w:proofErr w:type="spellStart"/>
      <w:r>
        <w:t>sehe</w:t>
      </w:r>
      <w:proofErr w:type="spellEnd"/>
      <w:r>
        <w:t xml:space="preserve"> ich </w:t>
      </w:r>
      <w:proofErr w:type="spellStart"/>
      <w:r>
        <w:t>einen</w:t>
      </w:r>
      <w:proofErr w:type="spellEnd"/>
      <w:r>
        <w:t xml:space="preserve"> Airbus auf der </w:t>
      </w:r>
      <w:proofErr w:type="spellStart"/>
      <w:r>
        <w:t>Startbahn</w:t>
      </w:r>
      <w:proofErr w:type="spellEnd"/>
      <w:r>
        <w:t xml:space="preserve">, den Tower und den </w:t>
      </w:r>
      <w:proofErr w:type="spellStart"/>
      <w:r>
        <w:t>Kapitän</w:t>
      </w:r>
      <w:proofErr w:type="spellEnd"/>
      <w:r>
        <w:t xml:space="preserve">, der </w:t>
      </w:r>
      <w:proofErr w:type="spellStart"/>
      <w:r>
        <w:t>gerade</w:t>
      </w:r>
      <w:proofErr w:type="spellEnd"/>
      <w:r>
        <w:t xml:space="preserve"> die </w:t>
      </w:r>
      <w:proofErr w:type="spellStart"/>
      <w:r>
        <w:t>Starterlaubnis</w:t>
      </w:r>
      <w:proofErr w:type="spellEnd"/>
      <w:r>
        <w:t xml:space="preserve"> </w:t>
      </w:r>
      <w:proofErr w:type="spellStart"/>
      <w:r>
        <w:t>erhält</w:t>
      </w:r>
      <w:proofErr w:type="spellEnd"/>
      <w:r>
        <w:t xml:space="preserve">. Dabei </w:t>
      </w:r>
      <w:proofErr w:type="spellStart"/>
      <w:r>
        <w:t>geht</w:t>
      </w:r>
      <w:proofErr w:type="spellEnd"/>
      <w:r>
        <w:t xml:space="preserve"> es am Ende </w:t>
      </w:r>
      <w:proofErr w:type="spellStart"/>
      <w:r>
        <w:t>doch</w:t>
      </w:r>
      <w:proofErr w:type="spellEnd"/>
      <w:r>
        <w:t xml:space="preserve"> </w:t>
      </w:r>
      <w:proofErr w:type="spellStart"/>
      <w:r>
        <w:t>meistens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um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einfache</w:t>
      </w:r>
      <w:proofErr w:type="spellEnd"/>
      <w:r>
        <w:t xml:space="preserve"> Frage: </w:t>
      </w:r>
      <w:proofErr w:type="spellStart"/>
      <w:r>
        <w:t>Funktioniert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Idee -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nicht? </w:t>
      </w:r>
      <w:proofErr w:type="spellStart"/>
      <w:r>
        <w:t>Früher</w:t>
      </w:r>
      <w:proofErr w:type="spellEnd"/>
      <w:r>
        <w:t xml:space="preserve"> </w:t>
      </w:r>
      <w:proofErr w:type="spellStart"/>
      <w:r>
        <w:t>hätte</w:t>
      </w:r>
      <w:proofErr w:type="spellEnd"/>
      <w:r>
        <w:t xml:space="preserve"> man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gesagt</w:t>
      </w:r>
      <w:proofErr w:type="spellEnd"/>
      <w:r>
        <w:t xml:space="preserve">: „Komm,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probieren</w:t>
      </w:r>
      <w:proofErr w:type="spellEnd"/>
      <w:r>
        <w:t xml:space="preserve"> das mal.“ Mehr </w:t>
      </w:r>
      <w:proofErr w:type="spellStart"/>
      <w:r>
        <w:t>brauchte</w:t>
      </w:r>
      <w:proofErr w:type="spellEnd"/>
      <w:r>
        <w:t xml:space="preserve"> es nicht. Heute </w:t>
      </w:r>
      <w:proofErr w:type="spellStart"/>
      <w:r>
        <w:t>beginnt</w:t>
      </w:r>
      <w:proofErr w:type="spellEnd"/>
      <w:r>
        <w:t xml:space="preserve"> die Reise mit </w:t>
      </w:r>
      <w:proofErr w:type="spellStart"/>
      <w:r>
        <w:t>einem</w:t>
      </w:r>
      <w:proofErr w:type="spellEnd"/>
      <w:r>
        <w:t xml:space="preserve"> Kick-off, </w:t>
      </w:r>
      <w:proofErr w:type="spellStart"/>
      <w:r>
        <w:t>danach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Roadmap </w:t>
      </w:r>
      <w:proofErr w:type="spellStart"/>
      <w:r>
        <w:t>erstellt</w:t>
      </w:r>
      <w:proofErr w:type="spellEnd"/>
      <w:r>
        <w:t xml:space="preserve">, Benchmarks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definiert</w:t>
      </w:r>
      <w:proofErr w:type="spellEnd"/>
      <w:r>
        <w:t xml:space="preserve">, Stakeholder </w:t>
      </w:r>
      <w:proofErr w:type="spellStart"/>
      <w:r>
        <w:t>eingebunden</w:t>
      </w:r>
      <w:proofErr w:type="spellEnd"/>
      <w:r>
        <w:t xml:space="preserve"> und das Change Management </w:t>
      </w:r>
      <w:proofErr w:type="spellStart"/>
      <w:r>
        <w:t>gestartet</w:t>
      </w:r>
      <w:proofErr w:type="spellEnd"/>
      <w:r>
        <w:t xml:space="preserve">. Am Ende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Evaluation mit den </w:t>
      </w:r>
      <w:proofErr w:type="spellStart"/>
      <w:r>
        <w:t>berühmten</w:t>
      </w:r>
      <w:proofErr w:type="spellEnd"/>
      <w:r>
        <w:t xml:space="preserve"> „Lessons Learned“. </w:t>
      </w:r>
      <w:proofErr w:type="spellStart"/>
      <w:r>
        <w:t>Manchmal</w:t>
      </w:r>
      <w:proofErr w:type="spellEnd"/>
      <w:r>
        <w:t xml:space="preserve"> </w:t>
      </w:r>
      <w:proofErr w:type="spellStart"/>
      <w:r>
        <w:t>frage</w:t>
      </w:r>
      <w:proofErr w:type="spellEnd"/>
      <w:r>
        <w:t xml:space="preserve"> ich </w:t>
      </w:r>
      <w:proofErr w:type="spellStart"/>
      <w:r>
        <w:t>mich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all den </w:t>
      </w:r>
      <w:proofErr w:type="spellStart"/>
      <w:r>
        <w:t>schönen</w:t>
      </w:r>
      <w:proofErr w:type="spellEnd"/>
      <w:r>
        <w:t xml:space="preserve"> </w:t>
      </w:r>
      <w:proofErr w:type="spellStart"/>
      <w:r>
        <w:t>Begriffen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Zeit </w:t>
      </w:r>
      <w:proofErr w:type="spellStart"/>
      <w:r>
        <w:t>bleibt</w:t>
      </w:r>
      <w:proofErr w:type="spellEnd"/>
      <w:r>
        <w:t xml:space="preserve">, die Idee </w:t>
      </w:r>
      <w:proofErr w:type="spellStart"/>
      <w:r>
        <w:t>selbst</w:t>
      </w:r>
      <w:proofErr w:type="spellEnd"/>
      <w:r>
        <w:t xml:space="preserve"> </w:t>
      </w:r>
      <w:proofErr w:type="spellStart"/>
      <w:r>
        <w:t>auszuprobieren</w:t>
      </w:r>
      <w:proofErr w:type="spellEnd"/>
      <w:r>
        <w:t xml:space="preserve">. Ich </w:t>
      </w:r>
      <w:proofErr w:type="spellStart"/>
      <w:r>
        <w:t>gebe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, ich </w:t>
      </w:r>
      <w:proofErr w:type="spellStart"/>
      <w:r>
        <w:t>verstehe</w:t>
      </w:r>
      <w:proofErr w:type="spellEnd"/>
      <w:r>
        <w:t xml:space="preserve"> </w:t>
      </w:r>
      <w:proofErr w:type="spellStart"/>
      <w:r>
        <w:t>jedes</w:t>
      </w:r>
      <w:proofErr w:type="spellEnd"/>
      <w:r>
        <w:t xml:space="preserve"> </w:t>
      </w:r>
      <w:proofErr w:type="spellStart"/>
      <w:r>
        <w:t>einzelne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Wörter</w:t>
      </w:r>
      <w:proofErr w:type="spellEnd"/>
      <w:r>
        <w:t xml:space="preserve">. Manche </w:t>
      </w:r>
      <w:proofErr w:type="spellStart"/>
      <w:r>
        <w:t>benutze</w:t>
      </w:r>
      <w:proofErr w:type="spellEnd"/>
      <w:r>
        <w:t xml:space="preserve"> ich </w:t>
      </w:r>
      <w:proofErr w:type="spellStart"/>
      <w:r>
        <w:t>sogar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. </w:t>
      </w:r>
      <w:proofErr w:type="spellStart"/>
      <w:r>
        <w:t>Trotzdem</w:t>
      </w:r>
      <w:proofErr w:type="spellEnd"/>
      <w:r>
        <w:t xml:space="preserve"> </w:t>
      </w:r>
      <w:proofErr w:type="spellStart"/>
      <w:r>
        <w:t>ertappe</w:t>
      </w:r>
      <w:proofErr w:type="spellEnd"/>
      <w:r>
        <w:t xml:space="preserve"> ich </w:t>
      </w:r>
      <w:proofErr w:type="spellStart"/>
      <w:r>
        <w:t>mich</w:t>
      </w:r>
      <w:proofErr w:type="spellEnd"/>
      <w:r>
        <w:t xml:space="preserve"> immer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ich </w:t>
      </w:r>
      <w:proofErr w:type="spellStart"/>
      <w:r>
        <w:t>innerlich</w:t>
      </w:r>
      <w:proofErr w:type="spellEnd"/>
      <w:r>
        <w:t xml:space="preserve"> </w:t>
      </w:r>
      <w:proofErr w:type="spellStart"/>
      <w:r>
        <w:t>schmunzeln</w:t>
      </w:r>
      <w:proofErr w:type="spellEnd"/>
      <w:r>
        <w:t xml:space="preserve"> muss. Denn </w:t>
      </w:r>
      <w:proofErr w:type="spellStart"/>
      <w:r>
        <w:t>aus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Versuch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bessere</w:t>
      </w:r>
      <w:proofErr w:type="spellEnd"/>
      <w:r>
        <w:t xml:space="preserve"> Idee, </w:t>
      </w:r>
      <w:proofErr w:type="spellStart"/>
      <w:r>
        <w:t>nur</w:t>
      </w:r>
      <w:proofErr w:type="spellEnd"/>
      <w:r>
        <w:t xml:space="preserve"> </w:t>
      </w:r>
      <w:proofErr w:type="spellStart"/>
      <w:r>
        <w:t>weil</w:t>
      </w:r>
      <w:proofErr w:type="spellEnd"/>
      <w:r>
        <w:t xml:space="preserve"> man </w:t>
      </w:r>
      <w:proofErr w:type="spellStart"/>
      <w:r>
        <w:t>ihn</w:t>
      </w:r>
      <w:proofErr w:type="spellEnd"/>
      <w:r>
        <w:t xml:space="preserve"> </w:t>
      </w:r>
      <w:proofErr w:type="spellStart"/>
      <w:r>
        <w:t>Pilotprojekt</w:t>
      </w:r>
      <w:proofErr w:type="spellEnd"/>
      <w:r>
        <w:t xml:space="preserve"> </w:t>
      </w:r>
      <w:proofErr w:type="spellStart"/>
      <w:r>
        <w:t>nennt</w:t>
      </w:r>
      <w:proofErr w:type="spellEnd"/>
      <w:r>
        <w:t xml:space="preserve">. Aus </w:t>
      </w:r>
      <w:proofErr w:type="spellStart"/>
      <w:r>
        <w:t>einem</w:t>
      </w:r>
      <w:proofErr w:type="spellEnd"/>
      <w:r>
        <w:t xml:space="preserve"> Plan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klügere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, </w:t>
      </w:r>
      <w:proofErr w:type="spellStart"/>
      <w:r>
        <w:t>nur</w:t>
      </w:r>
      <w:proofErr w:type="spellEnd"/>
      <w:r>
        <w:t xml:space="preserve">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daraus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Roadmap </w:t>
      </w:r>
      <w:proofErr w:type="spellStart"/>
      <w:r>
        <w:t>wird</w:t>
      </w:r>
      <w:proofErr w:type="spellEnd"/>
      <w:r>
        <w:t xml:space="preserve">. Und </w:t>
      </w:r>
      <w:proofErr w:type="spellStart"/>
      <w:r>
        <w:t>aus</w:t>
      </w:r>
      <w:proofErr w:type="spellEnd"/>
      <w:r>
        <w:t xml:space="preserve"> den </w:t>
      </w:r>
      <w:proofErr w:type="spellStart"/>
      <w:r>
        <w:t>Beteiligten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wichtigeren</w:t>
      </w:r>
      <w:proofErr w:type="spellEnd"/>
      <w:r>
        <w:t xml:space="preserve"> Menschen, </w:t>
      </w:r>
      <w:proofErr w:type="spellStart"/>
      <w:r>
        <w:t>nur</w:t>
      </w:r>
      <w:proofErr w:type="spellEnd"/>
      <w:r>
        <w:t xml:space="preserve">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plötzlich</w:t>
      </w:r>
      <w:proofErr w:type="spellEnd"/>
      <w:r>
        <w:t xml:space="preserve"> Stakeholder </w:t>
      </w:r>
      <w:proofErr w:type="spellStart"/>
      <w:r>
        <w:t>heißen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liegt</w:t>
      </w:r>
      <w:proofErr w:type="spellEnd"/>
      <w:r>
        <w:t xml:space="preserve"> es </w:t>
      </w:r>
      <w:proofErr w:type="spellStart"/>
      <w:r>
        <w:t>daran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ich </w:t>
      </w:r>
      <w:proofErr w:type="spellStart"/>
      <w:r>
        <w:t>inzwischen</w:t>
      </w:r>
      <w:proofErr w:type="spellEnd"/>
      <w:r>
        <w:t xml:space="preserve"> fast 44 </w:t>
      </w:r>
      <w:proofErr w:type="spellStart"/>
      <w:r>
        <w:t>Dienstjahre</w:t>
      </w:r>
      <w:proofErr w:type="spellEnd"/>
      <w:r>
        <w:t xml:space="preserve"> hinter mir </w:t>
      </w:r>
      <w:proofErr w:type="spellStart"/>
      <w:r>
        <w:t>habe</w:t>
      </w:r>
      <w:proofErr w:type="spellEnd"/>
      <w:r>
        <w:t xml:space="preserve">. In </w:t>
      </w:r>
      <w:proofErr w:type="spellStart"/>
      <w:r>
        <w:t>dieser</w:t>
      </w:r>
      <w:proofErr w:type="spellEnd"/>
      <w:r>
        <w:t xml:space="preserve"> Zeit </w:t>
      </w:r>
      <w:proofErr w:type="spellStart"/>
      <w:r>
        <w:t>habe</w:t>
      </w:r>
      <w:proofErr w:type="spellEnd"/>
      <w:r>
        <w:t xml:space="preserve"> ich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erlebt</w:t>
      </w:r>
      <w:proofErr w:type="spellEnd"/>
      <w:r>
        <w:t xml:space="preserve">. Manche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richtig</w:t>
      </w:r>
      <w:proofErr w:type="spellEnd"/>
      <w:r>
        <w:t xml:space="preserve"> gut, manche </w:t>
      </w:r>
      <w:proofErr w:type="spellStart"/>
      <w:r>
        <w:t>verschwanden</w:t>
      </w:r>
      <w:proofErr w:type="spellEnd"/>
      <w:r>
        <w:t xml:space="preserve"> </w:t>
      </w:r>
      <w:proofErr w:type="spellStart"/>
      <w:r>
        <w:t>schneller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eingeführt</w:t>
      </w:r>
      <w:proofErr w:type="spellEnd"/>
      <w:r>
        <w:t xml:space="preserve"> </w:t>
      </w:r>
      <w:proofErr w:type="spellStart"/>
      <w:r>
        <w:t>wurden</w:t>
      </w:r>
      <w:proofErr w:type="spellEnd"/>
      <w:r>
        <w:t xml:space="preserve">, und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einigen</w:t>
      </w:r>
      <w:proofErr w:type="spellEnd"/>
      <w:r>
        <w:t xml:space="preserve"> </w:t>
      </w:r>
      <w:proofErr w:type="spellStart"/>
      <w:r>
        <w:t>fragte</w:t>
      </w:r>
      <w:proofErr w:type="spellEnd"/>
      <w:r>
        <w:t xml:space="preserve"> man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am </w:t>
      </w:r>
      <w:proofErr w:type="spellStart"/>
      <w:r>
        <w:t>ersten</w:t>
      </w:r>
      <w:proofErr w:type="spellEnd"/>
      <w:r>
        <w:t xml:space="preserve"> Tag, </w:t>
      </w:r>
      <w:proofErr w:type="spellStart"/>
      <w:r>
        <w:t>wer</w:t>
      </w:r>
      <w:proofErr w:type="spellEnd"/>
      <w:r>
        <w:t xml:space="preserve"> </w:t>
      </w:r>
      <w:proofErr w:type="spellStart"/>
      <w:r>
        <w:t>wohl</w:t>
      </w:r>
      <w:proofErr w:type="spellEnd"/>
      <w:r>
        <w:t xml:space="preserve"> auf </w:t>
      </w:r>
      <w:proofErr w:type="spellStart"/>
      <w:r>
        <w:t>diese</w:t>
      </w:r>
      <w:proofErr w:type="spellEnd"/>
      <w:r>
        <w:t xml:space="preserve"> Idee </w:t>
      </w:r>
      <w:proofErr w:type="spellStart"/>
      <w:r>
        <w:t>gekommen</w:t>
      </w:r>
      <w:proofErr w:type="spellEnd"/>
      <w:r>
        <w:t xml:space="preserve"> war. Eines </w:t>
      </w:r>
      <w:proofErr w:type="spellStart"/>
      <w:r>
        <w:t>hatten</w:t>
      </w:r>
      <w:proofErr w:type="spellEnd"/>
      <w:r>
        <w:t xml:space="preserve"> die </w:t>
      </w:r>
      <w:proofErr w:type="spellStart"/>
      <w:r>
        <w:t>guten</w:t>
      </w:r>
      <w:proofErr w:type="spellEnd"/>
      <w:r>
        <w:t xml:space="preserve">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gemeinsam</w:t>
      </w:r>
      <w:proofErr w:type="spellEnd"/>
      <w:r>
        <w:t xml:space="preserve">: </w:t>
      </w:r>
      <w:proofErr w:type="spellStart"/>
      <w:r>
        <w:t>Irgendjemand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 den Mut,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auszuprobieren</w:t>
      </w:r>
      <w:proofErr w:type="spellEnd"/>
      <w:r>
        <w:t xml:space="preserve">. Wenn ich </w:t>
      </w:r>
      <w:proofErr w:type="spellStart"/>
      <w:r>
        <w:t>dabei</w:t>
      </w:r>
      <w:proofErr w:type="spellEnd"/>
      <w:r>
        <w:t xml:space="preserve"> an </w:t>
      </w:r>
      <w:proofErr w:type="spellStart"/>
      <w:r>
        <w:t>meinen</w:t>
      </w:r>
      <w:proofErr w:type="spellEnd"/>
      <w:r>
        <w:t xml:space="preserve"> Vater </w:t>
      </w:r>
      <w:proofErr w:type="spellStart"/>
      <w:r>
        <w:t>denke</w:t>
      </w:r>
      <w:proofErr w:type="spellEnd"/>
      <w:r>
        <w:t xml:space="preserve">, muss ich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schmunzeln</w:t>
      </w:r>
      <w:proofErr w:type="spellEnd"/>
      <w:r>
        <w:t xml:space="preserve">. Er war </w:t>
      </w:r>
      <w:proofErr w:type="spellStart"/>
      <w:r>
        <w:t>kein</w:t>
      </w:r>
      <w:proofErr w:type="spellEnd"/>
      <w:r>
        <w:t xml:space="preserve"> Mann </w:t>
      </w:r>
      <w:proofErr w:type="spellStart"/>
      <w:r>
        <w:t>vieler</w:t>
      </w:r>
      <w:proofErr w:type="spellEnd"/>
      <w:r>
        <w:t xml:space="preserve"> </w:t>
      </w:r>
      <w:proofErr w:type="spellStart"/>
      <w:r>
        <w:t>Worte</w:t>
      </w:r>
      <w:proofErr w:type="spellEnd"/>
      <w:r>
        <w:t xml:space="preserve">. Wenn ich </w:t>
      </w:r>
      <w:proofErr w:type="spellStart"/>
      <w:r>
        <w:t>ihm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lang und </w:t>
      </w:r>
      <w:proofErr w:type="spellStart"/>
      <w:r>
        <w:t>breit</w:t>
      </w:r>
      <w:proofErr w:type="spellEnd"/>
      <w:r>
        <w:t xml:space="preserve"> </w:t>
      </w:r>
      <w:proofErr w:type="spellStart"/>
      <w:r>
        <w:t>erklärte</w:t>
      </w:r>
      <w:proofErr w:type="spellEnd"/>
      <w:r>
        <w:t xml:space="preserve">, </w:t>
      </w:r>
      <w:proofErr w:type="spellStart"/>
      <w:r>
        <w:t>warum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funktionieren</w:t>
      </w:r>
      <w:proofErr w:type="spellEnd"/>
      <w:r>
        <w:t xml:space="preserve"> </w:t>
      </w:r>
      <w:proofErr w:type="spellStart"/>
      <w:r>
        <w:t>könnte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nicht, </w:t>
      </w:r>
      <w:proofErr w:type="spellStart"/>
      <w:r>
        <w:t>hörte</w:t>
      </w:r>
      <w:proofErr w:type="spellEnd"/>
      <w:r>
        <w:t xml:space="preserve"> er </w:t>
      </w:r>
      <w:proofErr w:type="spellStart"/>
      <w:r>
        <w:t>sich</w:t>
      </w:r>
      <w:proofErr w:type="spellEnd"/>
      <w:r>
        <w:t xml:space="preserve"> das </w:t>
      </w:r>
      <w:proofErr w:type="spellStart"/>
      <w:r>
        <w:t>geduldig</w:t>
      </w:r>
      <w:proofErr w:type="spellEnd"/>
      <w:r>
        <w:t xml:space="preserve"> an und </w:t>
      </w:r>
      <w:proofErr w:type="spellStart"/>
      <w:r>
        <w:t>sagte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: „Kind, </w:t>
      </w:r>
      <w:proofErr w:type="spellStart"/>
      <w:r>
        <w:t>babbel</w:t>
      </w:r>
      <w:proofErr w:type="spellEnd"/>
      <w:r>
        <w:t xml:space="preserve"> Dich net </w:t>
      </w:r>
      <w:proofErr w:type="spellStart"/>
      <w:r>
        <w:t>müd</w:t>
      </w:r>
      <w:proofErr w:type="spellEnd"/>
      <w:r>
        <w:t xml:space="preserve">, </w:t>
      </w:r>
      <w:proofErr w:type="spellStart"/>
      <w:r>
        <w:t>mach's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. Wenn Du's net </w:t>
      </w:r>
      <w:proofErr w:type="spellStart"/>
      <w:r>
        <w:t>probierst</w:t>
      </w:r>
      <w:proofErr w:type="spellEnd"/>
      <w:r>
        <w:t xml:space="preserve">, </w:t>
      </w:r>
      <w:proofErr w:type="spellStart"/>
      <w:r>
        <w:t>weißte</w:t>
      </w:r>
      <w:proofErr w:type="spellEnd"/>
      <w:r>
        <w:t xml:space="preserve"> net, </w:t>
      </w:r>
      <w:proofErr w:type="spellStart"/>
      <w:r>
        <w:t>wie's</w:t>
      </w:r>
      <w:proofErr w:type="spellEnd"/>
      <w:r>
        <w:t xml:space="preserve"> </w:t>
      </w:r>
      <w:proofErr w:type="spellStart"/>
      <w:r>
        <w:t>gewese</w:t>
      </w:r>
      <w:proofErr w:type="spellEnd"/>
      <w:r>
        <w:t xml:space="preserve"> </w:t>
      </w:r>
      <w:proofErr w:type="spellStart"/>
      <w:r>
        <w:t>wär</w:t>
      </w:r>
      <w:proofErr w:type="spellEnd"/>
      <w:r>
        <w:t xml:space="preserve">.“ Mehr </w:t>
      </w:r>
      <w:proofErr w:type="spellStart"/>
      <w:r>
        <w:t>Projektmanagement</w:t>
      </w:r>
      <w:proofErr w:type="spellEnd"/>
      <w:r>
        <w:t xml:space="preserve"> </w:t>
      </w:r>
      <w:proofErr w:type="spellStart"/>
      <w:r>
        <w:t>brauchte</w:t>
      </w:r>
      <w:proofErr w:type="spellEnd"/>
      <w:r>
        <w:t xml:space="preserve"> er nicht. Je </w:t>
      </w:r>
      <w:proofErr w:type="spellStart"/>
      <w:r>
        <w:t>älter</w:t>
      </w:r>
      <w:proofErr w:type="spellEnd"/>
      <w:r>
        <w:t xml:space="preserve"> ich </w:t>
      </w:r>
      <w:proofErr w:type="spellStart"/>
      <w:r>
        <w:t>werde</w:t>
      </w:r>
      <w:proofErr w:type="spellEnd"/>
      <w:r>
        <w:t xml:space="preserve">, </w:t>
      </w:r>
      <w:proofErr w:type="spellStart"/>
      <w:r>
        <w:t>desto</w:t>
      </w:r>
      <w:proofErr w:type="spellEnd"/>
      <w:r>
        <w:t xml:space="preserve"> </w:t>
      </w:r>
      <w:proofErr w:type="spellStart"/>
      <w:r>
        <w:t>häufiger</w:t>
      </w:r>
      <w:proofErr w:type="spellEnd"/>
      <w:r>
        <w:t xml:space="preserve"> </w:t>
      </w:r>
      <w:proofErr w:type="spellStart"/>
      <w:r>
        <w:t>denke</w:t>
      </w:r>
      <w:proofErr w:type="spellEnd"/>
      <w:r>
        <w:t xml:space="preserve"> ich an </w:t>
      </w:r>
      <w:proofErr w:type="spellStart"/>
      <w:r>
        <w:t>diesen</w:t>
      </w:r>
      <w:proofErr w:type="spellEnd"/>
      <w:r>
        <w:t xml:space="preserve"> Satz.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steckt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 </w:t>
      </w:r>
      <w:proofErr w:type="spellStart"/>
      <w:r>
        <w:t>tatsächlich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Weisheit </w:t>
      </w:r>
      <w:proofErr w:type="spellStart"/>
      <w:r>
        <w:lastRenderedPageBreak/>
        <w:t>als</w:t>
      </w:r>
      <w:proofErr w:type="spellEnd"/>
      <w:r>
        <w:t xml:space="preserve"> in </w:t>
      </w:r>
      <w:proofErr w:type="spellStart"/>
      <w:r>
        <w:t>manchem</w:t>
      </w:r>
      <w:proofErr w:type="spellEnd"/>
      <w:r>
        <w:t xml:space="preserve"> </w:t>
      </w:r>
      <w:proofErr w:type="spellStart"/>
      <w:r>
        <w:t>modernen</w:t>
      </w:r>
      <w:proofErr w:type="spellEnd"/>
      <w:r>
        <w:t xml:space="preserve"> </w:t>
      </w:r>
      <w:proofErr w:type="spellStart"/>
      <w:r>
        <w:t>Managementbegriff</w:t>
      </w:r>
      <w:proofErr w:type="spellEnd"/>
      <w:r>
        <w:t xml:space="preserve">. Denn am Ende </w:t>
      </w:r>
      <w:proofErr w:type="spellStart"/>
      <w:r>
        <w:t>entscheidet</w:t>
      </w:r>
      <w:proofErr w:type="spellEnd"/>
      <w:r>
        <w:t xml:space="preserve"> nicht der Name </w:t>
      </w:r>
      <w:proofErr w:type="spellStart"/>
      <w:r>
        <w:t>einer</w:t>
      </w:r>
      <w:proofErr w:type="spellEnd"/>
      <w:r>
        <w:t xml:space="preserve"> Methode,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ob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funktioniert</w:t>
      </w:r>
      <w:proofErr w:type="spellEnd"/>
      <w:r>
        <w:t xml:space="preserve">. </w:t>
      </w:r>
      <w:proofErr w:type="spellStart"/>
      <w:r>
        <w:t>Früher</w:t>
      </w:r>
      <w:proofErr w:type="spellEnd"/>
      <w:r>
        <w:t xml:space="preserve"> </w:t>
      </w:r>
      <w:proofErr w:type="spellStart"/>
      <w:r>
        <w:t>nannte</w:t>
      </w:r>
      <w:proofErr w:type="spellEnd"/>
      <w:r>
        <w:t xml:space="preserve"> man das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Versuch</w:t>
      </w:r>
      <w:proofErr w:type="spellEnd"/>
      <w:r>
        <w:t xml:space="preserve">. Das Wort war </w:t>
      </w:r>
      <w:proofErr w:type="spellStart"/>
      <w:r>
        <w:t>kürzer</w:t>
      </w:r>
      <w:proofErr w:type="spellEnd"/>
      <w:r>
        <w:t xml:space="preserve">, </w:t>
      </w:r>
      <w:proofErr w:type="spellStart"/>
      <w:r>
        <w:t>verständlicher</w:t>
      </w:r>
      <w:proofErr w:type="spellEnd"/>
      <w:r>
        <w:t xml:space="preserve"> und - </w:t>
      </w:r>
      <w:proofErr w:type="spellStart"/>
      <w:r>
        <w:t>wenn</w:t>
      </w:r>
      <w:proofErr w:type="spellEnd"/>
      <w:r>
        <w:t xml:space="preserve"> ich </w:t>
      </w:r>
      <w:proofErr w:type="spellStart"/>
      <w:r>
        <w:t>ehrlich</w:t>
      </w:r>
      <w:proofErr w:type="spellEnd"/>
      <w:r>
        <w:t xml:space="preserve"> bin - </w:t>
      </w:r>
      <w:proofErr w:type="spellStart"/>
      <w:r>
        <w:t>irgendwie</w:t>
      </w:r>
      <w:proofErr w:type="spellEnd"/>
      <w:r>
        <w:t xml:space="preserve"> </w:t>
      </w:r>
      <w:proofErr w:type="spellStart"/>
      <w:r>
        <w:t>sympathischer</w:t>
      </w:r>
      <w:proofErr w:type="spellEnd"/>
      <w:r>
        <w:t xml:space="preserve">.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erlebt</w:t>
      </w:r>
      <w:proofErr w:type="spellEnd"/>
      <w:r>
        <w:t xml:space="preserve"> es ja </w:t>
      </w:r>
      <w:proofErr w:type="spellStart"/>
      <w:r>
        <w:t>irgendwann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kleines</w:t>
      </w:r>
      <w:proofErr w:type="spellEnd"/>
      <w:r>
        <w:t xml:space="preserve"> Comeback. </w:t>
      </w:r>
      <w:proofErr w:type="spellStart"/>
      <w:r>
        <w:t>Verdient</w:t>
      </w:r>
      <w:proofErr w:type="spellEnd"/>
      <w:r>
        <w:t xml:space="preserve"> </w:t>
      </w:r>
      <w:proofErr w:type="spellStart"/>
      <w:r>
        <w:t>hätte</w:t>
      </w:r>
      <w:proofErr w:type="spellEnd"/>
      <w:r>
        <w:t xml:space="preserve"> es das.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Erscheinen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Glosse</w:t>
      </w:r>
      <w:proofErr w:type="spellEnd"/>
      <w:r>
        <w:t xml:space="preserve"> </w:t>
      </w:r>
      <w:proofErr w:type="spellStart"/>
      <w:r>
        <w:t>tatsächlich</w:t>
      </w:r>
      <w:proofErr w:type="spellEnd"/>
      <w:r>
        <w:t xml:space="preserve"> </w:t>
      </w:r>
      <w:proofErr w:type="spellStart"/>
      <w:r>
        <w:t>irgendwo</w:t>
      </w:r>
      <w:proofErr w:type="spellEnd"/>
      <w:r>
        <w:t xml:space="preserve"> der </w:t>
      </w:r>
      <w:proofErr w:type="spellStart"/>
      <w:r>
        <w:t>Begriff</w:t>
      </w:r>
      <w:proofErr w:type="spellEnd"/>
      <w:r>
        <w:t xml:space="preserve"> '</w:t>
      </w:r>
      <w:proofErr w:type="spellStart"/>
      <w:r>
        <w:t>Versuch</w:t>
      </w:r>
      <w:proofErr w:type="spellEnd"/>
      <w:r>
        <w:t xml:space="preserve">' </w:t>
      </w:r>
      <w:proofErr w:type="spellStart"/>
      <w:r>
        <w:t>statt</w:t>
      </w:r>
      <w:proofErr w:type="spellEnd"/>
      <w:r>
        <w:t xml:space="preserve"> '</w:t>
      </w:r>
      <w:proofErr w:type="spellStart"/>
      <w:r>
        <w:t>Pilotprojekt</w:t>
      </w:r>
      <w:proofErr w:type="spellEnd"/>
      <w:r>
        <w:t xml:space="preserve">' </w:t>
      </w:r>
      <w:proofErr w:type="spellStart"/>
      <w:r>
        <w:t>durchsetzen</w:t>
      </w:r>
      <w:proofErr w:type="spellEnd"/>
      <w:r>
        <w:t xml:space="preserve">, </w:t>
      </w:r>
      <w:proofErr w:type="spellStart"/>
      <w:r>
        <w:t>betrachte</w:t>
      </w:r>
      <w:proofErr w:type="spellEnd"/>
      <w:r>
        <w:t xml:space="preserve"> ich das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gelungenen</w:t>
      </w:r>
      <w:proofErr w:type="spellEnd"/>
      <w:r>
        <w:t xml:space="preserve">... </w:t>
      </w:r>
      <w:proofErr w:type="spellStart"/>
      <w:r>
        <w:t>nein</w:t>
      </w:r>
      <w:proofErr w:type="spellEnd"/>
      <w:r>
        <w:t xml:space="preserve">, nicht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Pilotversuch</w:t>
      </w:r>
      <w:proofErr w:type="spellEnd"/>
      <w:r>
        <w:t xml:space="preserve">...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Versuch</w:t>
      </w:r>
      <w:proofErr w:type="spellEnd"/>
      <w:r>
        <w:t>.</w:t>
      </w:r>
    </w:p>
    <w:p w14:paraId="0644B4F3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 xml:space="preserve">Eine </w:t>
      </w:r>
      <w:proofErr w:type="spellStart"/>
      <w:r>
        <w:t>humoristische</w:t>
      </w:r>
      <w:proofErr w:type="spellEnd"/>
      <w:r>
        <w:t xml:space="preserve"> </w:t>
      </w:r>
      <w:proofErr w:type="spellStart"/>
      <w:r>
        <w:t>Darstellung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Startbahn</w:t>
      </w:r>
      <w:proofErr w:type="spellEnd"/>
      <w:r>
        <w:t xml:space="preserve"> mit </w:t>
      </w:r>
      <w:proofErr w:type="spellStart"/>
      <w:r>
        <w:t>Schildern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„Kick-off“, „Roadmap“, „Benchmarks“, „Stakeholder“ und „Lessons Learned“. </w:t>
      </w:r>
      <w:proofErr w:type="spellStart"/>
      <w:r>
        <w:t>Im</w:t>
      </w:r>
      <w:proofErr w:type="spellEnd"/>
      <w:r>
        <w:t xml:space="preserve"> </w:t>
      </w:r>
      <w:proofErr w:type="spellStart"/>
      <w:r>
        <w:t>Hintergrund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Flugzeug</w:t>
      </w:r>
      <w:proofErr w:type="spellEnd"/>
      <w:r>
        <w:t xml:space="preserve"> mit dem </w:t>
      </w:r>
      <w:proofErr w:type="spellStart"/>
      <w:r>
        <w:t>Hinweis</w:t>
      </w:r>
      <w:proofErr w:type="spellEnd"/>
      <w:r>
        <w:t xml:space="preserve"> „</w:t>
      </w:r>
      <w:proofErr w:type="spellStart"/>
      <w:r>
        <w:t>Pilotprojekt</w:t>
      </w:r>
      <w:proofErr w:type="spellEnd"/>
      <w:r>
        <w:t>“.</w:t>
      </w:r>
    </w:p>
    <w:p w14:paraId="14DE8FC5" w14:textId="77777777" w:rsidR="00132049" w:rsidRDefault="00000000">
      <w:r>
        <w:br w:type="page"/>
      </w:r>
    </w:p>
    <w:p w14:paraId="393E229A" w14:textId="77777777" w:rsidR="00132049" w:rsidRDefault="00000000">
      <w:pPr>
        <w:pStyle w:val="berschrift1"/>
      </w:pPr>
      <w:proofErr w:type="spellStart"/>
      <w:r>
        <w:lastRenderedPageBreak/>
        <w:t>Kontakt</w:t>
      </w:r>
      <w:proofErr w:type="spellEnd"/>
      <w:r>
        <w:t xml:space="preserve"> und </w:t>
      </w:r>
      <w:proofErr w:type="spellStart"/>
      <w:r>
        <w:t>Impressum</w:t>
      </w:r>
      <w:proofErr w:type="spellEnd"/>
    </w:p>
    <w:p w14:paraId="1FC243F7" w14:textId="77777777" w:rsidR="00132049" w:rsidRDefault="00000000">
      <w:r>
        <w:t>www.djg-hessen.de info@djg-lv-hessen.de facebook.com/</w:t>
      </w:r>
      <w:proofErr w:type="spellStart"/>
      <w:r>
        <w:t>djghessen</w:t>
      </w:r>
      <w:proofErr w:type="spellEnd"/>
      <w:r>
        <w:t xml:space="preserve"> </w:t>
      </w:r>
      <w:proofErr w:type="spellStart"/>
      <w:r>
        <w:t>djg_hessen</w:t>
      </w:r>
      <w:proofErr w:type="spellEnd"/>
      <w:r>
        <w:t xml:space="preserve"> </w:t>
      </w:r>
      <w:proofErr w:type="spellStart"/>
      <w:r>
        <w:t>Mitglied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dbb </w:t>
      </w:r>
      <w:proofErr w:type="spellStart"/>
      <w:r>
        <w:t>beamtenbund</w:t>
      </w:r>
      <w:proofErr w:type="spellEnd"/>
      <w:r>
        <w:t xml:space="preserve"> und </w:t>
      </w:r>
      <w:proofErr w:type="spellStart"/>
      <w:r>
        <w:t>tarifunion</w:t>
      </w:r>
      <w:proofErr w:type="spellEnd"/>
      <w:r>
        <w:t xml:space="preserve"> </w:t>
      </w:r>
      <w:proofErr w:type="spellStart"/>
      <w:r>
        <w:t>V.i.S.d.P</w:t>
      </w:r>
      <w:proofErr w:type="spellEnd"/>
      <w:r>
        <w:t xml:space="preserve">.: Erwin Schmidt, 1. </w:t>
      </w:r>
      <w:proofErr w:type="spellStart"/>
      <w:r>
        <w:t>Landesvorsitzender</w:t>
      </w:r>
      <w:proofErr w:type="spellEnd"/>
      <w:r>
        <w:t xml:space="preserve"> Geschäftsstelle: </w:t>
      </w:r>
      <w:proofErr w:type="spellStart"/>
      <w:r>
        <w:t>Riedmühlstraße</w:t>
      </w:r>
      <w:proofErr w:type="spellEnd"/>
      <w:r>
        <w:t xml:space="preserve"> 25, 61184 </w:t>
      </w:r>
      <w:proofErr w:type="spellStart"/>
      <w:r>
        <w:t>Karben</w:t>
      </w:r>
      <w:proofErr w:type="spellEnd"/>
      <w:r>
        <w:t xml:space="preserve"> info@djg-lv-hessen.de </w:t>
      </w:r>
      <w:proofErr w:type="spellStart"/>
      <w:r>
        <w:t>Impressum</w:t>
      </w:r>
      <w:proofErr w:type="spellEnd"/>
      <w:r>
        <w:t>: DJG Deutsche Justiz-</w:t>
      </w:r>
      <w:proofErr w:type="spellStart"/>
      <w:r>
        <w:t>Gewerkschaft</w:t>
      </w:r>
      <w:proofErr w:type="spellEnd"/>
      <w:r>
        <w:t xml:space="preserve"> Landesverband Hessen e.V. </w:t>
      </w:r>
      <w:proofErr w:type="spellStart"/>
      <w:r>
        <w:t>Mitglied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dbb </w:t>
      </w:r>
      <w:proofErr w:type="spellStart"/>
      <w:r>
        <w:t>beamtenbund</w:t>
      </w:r>
      <w:proofErr w:type="spellEnd"/>
      <w:r>
        <w:t xml:space="preserve"> und </w:t>
      </w:r>
      <w:proofErr w:type="spellStart"/>
      <w:r>
        <w:t>tarifunion</w:t>
      </w:r>
      <w:proofErr w:type="spellEnd"/>
      <w:r>
        <w:t xml:space="preserve"> Redaktion: DJG-</w:t>
      </w:r>
      <w:proofErr w:type="spellStart"/>
      <w:r>
        <w:t>Landesvorstand</w:t>
      </w:r>
      <w:proofErr w:type="spellEnd"/>
      <w:r>
        <w:t xml:space="preserve"> Bilder: KI (</w:t>
      </w:r>
      <w:proofErr w:type="spellStart"/>
      <w:r>
        <w:t>DALL·E</w:t>
      </w:r>
      <w:proofErr w:type="spellEnd"/>
      <w:r>
        <w:t xml:space="preserve"> 3) M. Auriga </w:t>
      </w:r>
      <w:proofErr w:type="spellStart"/>
      <w:r>
        <w:t>Gestaltung</w:t>
      </w:r>
      <w:proofErr w:type="spellEnd"/>
      <w:r>
        <w:t xml:space="preserve"> &amp; Satz: S. Gölzenleuchter Mehr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DJG-Hessen!</w:t>
      </w:r>
    </w:p>
    <w:p w14:paraId="7AB62249" w14:textId="77777777" w:rsidR="00132049" w:rsidRDefault="00000000">
      <w:proofErr w:type="spellStart"/>
      <w:r>
        <w:rPr>
          <w:b/>
        </w:rPr>
        <w:t>Bildbeschreibung</w:t>
      </w:r>
      <w:proofErr w:type="spellEnd"/>
      <w:r>
        <w:rPr>
          <w:b/>
        </w:rPr>
        <w:t xml:space="preserve">: </w:t>
      </w:r>
      <w:r>
        <w:t xml:space="preserve">Eine Waage </w:t>
      </w:r>
      <w:proofErr w:type="spellStart"/>
      <w:r>
        <w:t>stellt</w:t>
      </w:r>
      <w:proofErr w:type="spellEnd"/>
      <w:r>
        <w:t xml:space="preserve"> links </w:t>
      </w:r>
      <w:proofErr w:type="spellStart"/>
      <w:r>
        <w:t>Bürokratie</w:t>
      </w:r>
      <w:proofErr w:type="spellEnd"/>
      <w:r>
        <w:t xml:space="preserve">, </w:t>
      </w:r>
      <w:proofErr w:type="spellStart"/>
      <w:r>
        <w:t>Kontrolle</w:t>
      </w:r>
      <w:proofErr w:type="spellEnd"/>
      <w:r>
        <w:t xml:space="preserve">, </w:t>
      </w:r>
      <w:proofErr w:type="spellStart"/>
      <w:r>
        <w:t>Doppelarbeit</w:t>
      </w:r>
      <w:proofErr w:type="spellEnd"/>
      <w:r>
        <w:t xml:space="preserve">, </w:t>
      </w:r>
      <w:proofErr w:type="spellStart"/>
      <w:r>
        <w:t>Papierarbeit</w:t>
      </w:r>
      <w:proofErr w:type="spellEnd"/>
      <w:r>
        <w:t xml:space="preserve">, </w:t>
      </w:r>
      <w:proofErr w:type="spellStart"/>
      <w:r>
        <w:t>unnötige</w:t>
      </w:r>
      <w:proofErr w:type="spellEnd"/>
      <w:r>
        <w:t xml:space="preserve"> Wege und </w:t>
      </w:r>
      <w:proofErr w:type="spellStart"/>
      <w:r>
        <w:t>Zeitverschwendung</w:t>
      </w:r>
      <w:proofErr w:type="spellEnd"/>
      <w:r>
        <w:t xml:space="preserve"> den </w:t>
      </w:r>
      <w:proofErr w:type="spellStart"/>
      <w:r>
        <w:t>Begriffen</w:t>
      </w:r>
      <w:proofErr w:type="spellEnd"/>
      <w:r>
        <w:t xml:space="preserve"> </w:t>
      </w:r>
      <w:proofErr w:type="spellStart"/>
      <w:r>
        <w:t>Vertrauen</w:t>
      </w:r>
      <w:proofErr w:type="spellEnd"/>
      <w:r>
        <w:t xml:space="preserve">, </w:t>
      </w:r>
      <w:proofErr w:type="spellStart"/>
      <w:r>
        <w:t>Erfahrung</w:t>
      </w:r>
      <w:proofErr w:type="spellEnd"/>
      <w:r>
        <w:t xml:space="preserve"> und </w:t>
      </w:r>
      <w:proofErr w:type="spellStart"/>
      <w:r>
        <w:t>gute</w:t>
      </w:r>
      <w:proofErr w:type="spellEnd"/>
      <w:r>
        <w:t xml:space="preserve"> Arbeit auf der </w:t>
      </w:r>
      <w:proofErr w:type="spellStart"/>
      <w:r>
        <w:t>rechten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gegenüber</w:t>
      </w:r>
      <w:proofErr w:type="spellEnd"/>
      <w:r>
        <w:t>.</w:t>
      </w:r>
    </w:p>
    <w:sectPr w:rsidR="00132049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463408">
    <w:abstractNumId w:val="8"/>
  </w:num>
  <w:num w:numId="2" w16cid:durableId="1547790888">
    <w:abstractNumId w:val="6"/>
  </w:num>
  <w:num w:numId="3" w16cid:durableId="1276712683">
    <w:abstractNumId w:val="5"/>
  </w:num>
  <w:num w:numId="4" w16cid:durableId="1929269778">
    <w:abstractNumId w:val="4"/>
  </w:num>
  <w:num w:numId="5" w16cid:durableId="657149344">
    <w:abstractNumId w:val="7"/>
  </w:num>
  <w:num w:numId="6" w16cid:durableId="357702742">
    <w:abstractNumId w:val="3"/>
  </w:num>
  <w:num w:numId="7" w16cid:durableId="967903399">
    <w:abstractNumId w:val="2"/>
  </w:num>
  <w:num w:numId="8" w16cid:durableId="493882960">
    <w:abstractNumId w:val="1"/>
  </w:num>
  <w:num w:numId="9" w16cid:durableId="133838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049"/>
    <w:rsid w:val="0015074B"/>
    <w:rsid w:val="0029639D"/>
    <w:rsid w:val="00326F90"/>
    <w:rsid w:val="00343950"/>
    <w:rsid w:val="004D2B84"/>
    <w:rsid w:val="006228C5"/>
    <w:rsid w:val="00722389"/>
    <w:rsid w:val="00AA1D8D"/>
    <w:rsid w:val="00B47730"/>
    <w:rsid w:val="00BF10A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7D28629-0978-4B71-99C8-EE4B8755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5591</Words>
  <Characters>35230</Characters>
  <Application>Microsoft Office Word</Application>
  <DocSecurity>0</DocSecurity>
  <Lines>293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DJG-Hessen-Notizen Ausgabe 3/2026 - barrierearme Textversion</dc:title>
  <dc:subject>Lineare Textfassung für sehbehinderte Menschen</dc:subject>
  <dc:creator>DJG Landesverband Hessen e.V.</dc:creator>
  <cp:keywords/>
  <dc:description>generated by python-docx</dc:description>
  <cp:lastModifiedBy>S. G.</cp:lastModifiedBy>
  <cp:revision>4</cp:revision>
  <dcterms:created xsi:type="dcterms:W3CDTF">2013-12-23T23:15:00Z</dcterms:created>
  <dcterms:modified xsi:type="dcterms:W3CDTF">2026-08-15T10:27:00Z</dcterms:modified>
  <cp:category/>
</cp:coreProperties>
</file>